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b w:val="0"/>
          <w:sz w:val="24"/>
        </w:rPr>
        <w:t>Общество с ограниченной ответственностью «МИЛЭНД»</w:t>
      </w:r>
    </w:p>
    <w:p>
      <w:pPr>
        <w:spacing w:before="0" w:after="0"/>
        <w:jc w:val="center"/>
      </w:pPr>
      <w:r>
        <w:rPr>
          <w:b w:val="0"/>
          <w:sz w:val="20"/>
        </w:rPr>
        <w:t>ОГРН 1185074015884, ИНН 5036174419</w:t>
      </w:r>
    </w:p>
    <w:p>
      <w:pPr>
        <w:spacing w:before="3000" w:after="80"/>
        <w:jc w:val="center"/>
      </w:pPr>
      <w:r>
        <w:rPr>
          <w:b w:val="0"/>
          <w:sz w:val="24"/>
        </w:rPr>
        <w:t>ПРОГРАММА ДЛЯ ЭВМ</w:t>
      </w:r>
    </w:p>
    <w:p>
      <w:pPr>
        <w:spacing w:before="120" w:after="80"/>
        <w:jc w:val="center"/>
      </w:pPr>
      <w:r>
        <w:rPr>
          <w:b/>
          <w:sz w:val="52"/>
        </w:rPr>
        <w:t>«Оборот»</w:t>
      </w:r>
    </w:p>
    <w:p>
      <w:pPr>
        <w:spacing w:before="0" w:after="80"/>
        <w:jc w:val="center"/>
      </w:pPr>
      <w:r>
        <w:rPr>
          <w:b w:val="0"/>
          <w:sz w:val="24"/>
        </w:rPr>
        <w:t>Система прогнозирования спроса и управления закупками</w:t>
      </w:r>
    </w:p>
    <w:p>
      <w:pPr>
        <w:spacing w:before="120" w:after="80"/>
        <w:jc w:val="center"/>
      </w:pPr>
      <w:r>
        <w:rPr>
          <w:b w:val="0"/>
          <w:sz w:val="24"/>
        </w:rPr>
        <w:t>Версия 0.12.4</w:t>
      </w:r>
    </w:p>
    <w:p>
      <w:pPr>
        <w:spacing w:before="1200" w:after="80"/>
        <w:jc w:val="center"/>
      </w:pPr>
      <w:r>
        <w:rPr>
          <w:b/>
          <w:sz w:val="32"/>
        </w:rPr>
        <w:t>Инструкция по установке</w:t>
      </w:r>
    </w:p>
    <w:p>
      <w:pPr>
        <w:spacing w:before="0" w:after="80"/>
        <w:jc w:val="center"/>
      </w:pPr>
      <w:r>
        <w:rPr>
          <w:b w:val="0"/>
          <w:sz w:val="22"/>
        </w:rPr>
        <w:t>экземпляра программного обеспечения, предоставленного для проведения экспертной проверки</w:t>
      </w:r>
    </w:p>
    <w:p>
      <w:pPr>
        <w:spacing w:before="3400" w:after="80"/>
        <w:jc w:val="center"/>
      </w:pPr>
      <w:r>
        <w:rPr>
          <w:b w:val="0"/>
          <w:sz w:val="20"/>
        </w:rPr>
        <w:t>Правообладатель — ООО «МИЛЭНД»</w:t>
      </w:r>
    </w:p>
    <w:p>
      <w:pPr>
        <w:spacing w:before="0" w:after="80"/>
        <w:jc w:val="center"/>
      </w:pPr>
      <w:r>
        <w:rPr>
          <w:b w:val="0"/>
          <w:sz w:val="24"/>
        </w:rPr>
        <w:t>2026</w:t>
        <w:br w:type="page"/>
      </w:r>
    </w:p>
    <w:p>
      <w:pPr>
        <w:pStyle w:val="Heading1"/>
      </w:pPr>
      <w:r>
        <w:rPr>
          <w:b w:val="0"/>
        </w:rPr>
        <w:t>«Оборот»: установка и обслуживание сервера</w:t>
      </w:r>
    </w:p>
    <w:p>
      <w:pPr>
        <w:jc w:val="both"/>
      </w:pPr>
      <w:r>
        <w:rPr>
          <w:b w:val="0"/>
        </w:rPr>
        <w:t>Инструкция для администратора сервера, на который ставится «Оборот», — система прогнозирования спроса и управления закупками. Правообладатель — ООО «МИЛЭНД». Инструкция относится к версии 0.12.3.</w:t>
      </w:r>
    </w:p>
    <w:p>
      <w:pPr>
        <w:jc w:val="both"/>
      </w:pPr>
      <w:r>
        <w:rPr>
          <w:b w:val="0"/>
        </w:rPr>
        <w:t>Установка выполняется одной командой из архива выпуска. Скрипт сам ставит пакеты ОС, создаёт базу данных, генерирует пароли, собирает интерфейс, настраивает веб-сервер и включает ежедневное резервное копирование.</w:t>
      </w:r>
    </w:p>
    <w:p>
      <w:pPr>
        <w:jc w:val="both"/>
      </w:pPr>
      <w:r>
        <w:rPr>
          <w:b w:val="0"/>
        </w:rPr>
        <w:t>Содержание:</w:t>
      </w:r>
    </w:p>
    <w:p>
      <w:pPr>
        <w:tabs>
          <w:tab w:pos="425" w:val="left"/>
        </w:tabs>
        <w:spacing w:after="40"/>
        <w:ind w:left="425" w:hanging="340"/>
      </w:pPr>
      <w:r>
        <w:t>1.</w:t>
        <w:tab/>
      </w:r>
      <w:r>
        <w:rPr>
          <w:b w:val="0"/>
        </w:rPr>
        <w:t>Что входит в установку</w:t>
      </w:r>
    </w:p>
    <w:p>
      <w:pPr>
        <w:tabs>
          <w:tab w:pos="425" w:val="left"/>
        </w:tabs>
        <w:spacing w:after="40"/>
        <w:ind w:left="425" w:hanging="340"/>
      </w:pPr>
      <w:r>
        <w:t>2.</w:t>
        <w:tab/>
      </w:r>
      <w:r>
        <w:rPr>
          <w:b w:val="0"/>
        </w:rPr>
        <w:t>Требования к серверу</w:t>
      </w:r>
    </w:p>
    <w:p>
      <w:pPr>
        <w:tabs>
          <w:tab w:pos="425" w:val="left"/>
        </w:tabs>
        <w:spacing w:after="40"/>
        <w:ind w:left="425" w:hanging="340"/>
      </w:pPr>
      <w:r>
        <w:t>3.</w:t>
        <w:tab/>
      </w:r>
      <w:r>
        <w:rPr>
          <w:b w:val="0"/>
        </w:rPr>
        <w:t>Подготовка</w:t>
      </w:r>
    </w:p>
    <w:p>
      <w:pPr>
        <w:tabs>
          <w:tab w:pos="425" w:val="left"/>
        </w:tabs>
        <w:spacing w:after="40"/>
        <w:ind w:left="425" w:hanging="340"/>
      </w:pPr>
      <w:r>
        <w:t>4.</w:t>
        <w:tab/>
      </w:r>
      <w:r>
        <w:rPr>
          <w:b w:val="0"/>
        </w:rPr>
        <w:t>Установка</w:t>
      </w:r>
    </w:p>
    <w:p>
      <w:pPr>
        <w:tabs>
          <w:tab w:pos="425" w:val="left"/>
        </w:tabs>
        <w:spacing w:after="40"/>
        <w:ind w:left="425" w:hanging="340"/>
      </w:pPr>
      <w:r>
        <w:t>5.</w:t>
        <w:tab/>
      </w:r>
      <w:r>
        <w:rPr>
          <w:b w:val="0"/>
        </w:rPr>
        <w:t>Первый вход</w:t>
      </w:r>
    </w:p>
    <w:p>
      <w:pPr>
        <w:tabs>
          <w:tab w:pos="425" w:val="left"/>
        </w:tabs>
        <w:spacing w:after="40"/>
        <w:ind w:left="425" w:hanging="340"/>
      </w:pPr>
      <w:r>
        <w:t>6.</w:t>
        <w:tab/>
      </w:r>
      <w:r>
        <w:rPr>
          <w:b w:val="0"/>
        </w:rPr>
        <w:t>Настройки</w:t>
      </w:r>
    </w:p>
    <w:p>
      <w:pPr>
        <w:tabs>
          <w:tab w:pos="425" w:val="left"/>
        </w:tabs>
        <w:spacing w:after="40"/>
        <w:ind w:left="425" w:hanging="340"/>
      </w:pPr>
      <w:r>
        <w:t>7.</w:t>
        <w:tab/>
      </w:r>
      <w:r>
        <w:rPr>
          <w:b w:val="0"/>
        </w:rPr>
        <w:t>Почта</w:t>
      </w:r>
    </w:p>
    <w:p>
      <w:pPr>
        <w:tabs>
          <w:tab w:pos="425" w:val="left"/>
        </w:tabs>
        <w:spacing w:after="40"/>
        <w:ind w:left="425" w:hanging="340"/>
      </w:pPr>
      <w:r>
        <w:t>8.</w:t>
        <w:tab/>
      </w:r>
      <w:r>
        <w:rPr>
          <w:b w:val="0"/>
        </w:rPr>
        <w:t>Резервные копии</w:t>
      </w:r>
    </w:p>
    <w:p>
      <w:pPr>
        <w:tabs>
          <w:tab w:pos="425" w:val="left"/>
        </w:tabs>
        <w:spacing w:after="40"/>
        <w:ind w:left="425" w:hanging="340"/>
      </w:pPr>
      <w:r>
        <w:t>9.</w:t>
        <w:tab/>
      </w:r>
      <w:r>
        <w:rPr>
          <w:b w:val="0"/>
        </w:rPr>
        <w:t>Обновление</w:t>
      </w:r>
    </w:p>
    <w:p>
      <w:pPr>
        <w:tabs>
          <w:tab w:pos="425" w:val="left"/>
        </w:tabs>
        <w:spacing w:after="40"/>
        <w:ind w:left="425" w:hanging="340"/>
      </w:pPr>
      <w:r>
        <w:t>10.</w:t>
        <w:tab/>
      </w:r>
      <w:r>
        <w:rPr>
          <w:b w:val="0"/>
        </w:rPr>
        <w:t>Повседневное управление</w:t>
      </w:r>
    </w:p>
    <w:p>
      <w:pPr>
        <w:tabs>
          <w:tab w:pos="425" w:val="left"/>
        </w:tabs>
        <w:spacing w:after="40"/>
        <w:ind w:left="425" w:hanging="340"/>
      </w:pPr>
      <w:r>
        <w:t>11.</w:t>
        <w:tab/>
      </w:r>
      <w:r>
        <w:rPr>
          <w:b w:val="0"/>
        </w:rPr>
        <w:t>Где что лежит</w:t>
      </w:r>
    </w:p>
    <w:p>
      <w:pPr>
        <w:tabs>
          <w:tab w:pos="425" w:val="left"/>
        </w:tabs>
        <w:spacing w:after="40"/>
        <w:ind w:left="425" w:hanging="340"/>
      </w:pPr>
      <w:r>
        <w:t>12.</w:t>
        <w:tab/>
      </w:r>
      <w:r>
        <w:rPr>
          <w:b w:val="0"/>
        </w:rPr>
        <w:t>Безопасность</w:t>
      </w:r>
    </w:p>
    <w:p>
      <w:pPr>
        <w:tabs>
          <w:tab w:pos="425" w:val="left"/>
        </w:tabs>
        <w:spacing w:after="40"/>
        <w:ind w:left="425" w:hanging="340"/>
      </w:pPr>
      <w:r>
        <w:t>13.</w:t>
        <w:tab/>
      </w:r>
      <w:r>
        <w:rPr>
          <w:b w:val="0"/>
        </w:rPr>
        <w:t>Неполадки</w:t>
      </w:r>
    </w:p>
    <w:p>
      <w:pPr>
        <w:tabs>
          <w:tab w:pos="425" w:val="left"/>
        </w:tabs>
        <w:spacing w:after="40"/>
        <w:ind w:left="425" w:hanging="340"/>
      </w:pPr>
      <w:r>
        <w:t>14.</w:t>
        <w:tab/>
      </w:r>
      <w:r>
        <w:rPr>
          <w:b w:val="0"/>
        </w:rPr>
        <w:t>Удаление</w:t>
      </w:r>
    </w:p>
    <w:p>
      <w:pPr>
        <w:pStyle w:val="Heading2"/>
      </w:pPr>
      <w:r>
        <w:rPr>
          <w:b w:val="0"/>
        </w:rPr>
        <w:t>1. Что входит в установку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149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type="dxa" w:w="3907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Что делает</w:t>
            </w:r>
          </w:p>
        </w:tc>
        <w:tc>
          <w:tcPr>
            <w:tcW w:type="dxa" w:w="3582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Как запущен</w:t>
            </w:r>
          </w:p>
        </w:tc>
      </w:tr>
      <w:tr>
        <w:tc>
          <w:tcPr>
            <w:tcW w:type="dxa" w:w="214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Веб-сервер nginx</w:t>
            </w:r>
          </w:p>
        </w:tc>
        <w:tc>
          <w:tcPr>
            <w:tcW w:type="dxa" w:w="390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Отдаёт интерфейс, передаёт запросы </w:t>
            </w:r>
            <w:r>
              <w:rPr>
                <w:rFonts w:ascii="Courier New" w:hAnsi="Courier New"/>
                <w:b w:val="0"/>
                <w:sz w:val="17"/>
              </w:rPr>
              <w:t>/api/</w:t>
            </w:r>
            <w:r>
              <w:rPr>
                <w:b w:val="0"/>
                <w:sz w:val="20"/>
              </w:rPr>
              <w:t xml:space="preserve"> бэкенду, держит HTTPS</w:t>
            </w:r>
          </w:p>
        </w:tc>
        <w:tc>
          <w:tcPr>
            <w:tcW w:type="dxa" w:w="3582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системный сервис </w:t>
            </w:r>
            <w:r>
              <w:rPr>
                <w:rFonts w:ascii="Courier New" w:hAnsi="Courier New"/>
                <w:b w:val="0"/>
                <w:sz w:val="17"/>
              </w:rPr>
              <w:t>nginx</w:t>
            </w:r>
          </w:p>
        </w:tc>
      </w:tr>
      <w:tr>
        <w:tc>
          <w:tcPr>
            <w:tcW w:type="dxa" w:w="214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Бэкенд (FastAPI, uvicorn)</w:t>
            </w:r>
          </w:p>
        </w:tc>
        <w:tc>
          <w:tcPr>
            <w:tcW w:type="dxa" w:w="390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Программный интерфейс: вход, справочники, расчёты, выгрузки</w:t>
            </w:r>
          </w:p>
        </w:tc>
        <w:tc>
          <w:tcPr>
            <w:tcW w:type="dxa" w:w="3582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oborot-backend</w:t>
            </w:r>
            <w:r>
              <w:rPr>
                <w:b w:val="0"/>
                <w:sz w:val="20"/>
              </w:rPr>
              <w:t>, порт 8000 только на 127.0.0.1</w:t>
            </w:r>
          </w:p>
        </w:tc>
      </w:tr>
      <w:tr>
        <w:tc>
          <w:tcPr>
            <w:tcW w:type="dxa" w:w="214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Обработчик фоновых задач (Celery)</w:t>
            </w:r>
          </w:p>
        </w:tc>
        <w:tc>
          <w:tcPr>
            <w:tcW w:type="dxa" w:w="390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Загрузка файлов импорта</w:t>
            </w:r>
          </w:p>
        </w:tc>
        <w:tc>
          <w:tcPr>
            <w:tcW w:type="dxa" w:w="3582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oborot-worker</w:t>
            </w:r>
          </w:p>
        </w:tc>
      </w:tr>
      <w:tr>
        <w:tc>
          <w:tcPr>
            <w:tcW w:type="dxa" w:w="214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PostgreSQL</w:t>
            </w:r>
          </w:p>
        </w:tc>
        <w:tc>
          <w:tcPr>
            <w:tcW w:type="dxa" w:w="390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База данных </w:t>
            </w:r>
            <w:r>
              <w:rPr>
                <w:rFonts w:ascii="Courier New" w:hAnsi="Courier New"/>
                <w:b w:val="0"/>
                <w:sz w:val="17"/>
              </w:rPr>
              <w:t>oborot</w:t>
            </w:r>
          </w:p>
        </w:tc>
        <w:tc>
          <w:tcPr>
            <w:tcW w:type="dxa" w:w="3582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системный сервис </w:t>
            </w:r>
            <w:r>
              <w:rPr>
                <w:rFonts w:ascii="Courier New" w:hAnsi="Courier New"/>
                <w:b w:val="0"/>
                <w:sz w:val="17"/>
              </w:rPr>
              <w:t>postgresql</w:t>
            </w:r>
            <w:r>
              <w:rPr>
                <w:b w:val="0"/>
                <w:sz w:val="20"/>
              </w:rPr>
              <w:t>, только локально</w:t>
            </w:r>
          </w:p>
        </w:tc>
      </w:tr>
      <w:tr>
        <w:tc>
          <w:tcPr>
            <w:tcW w:type="dxa" w:w="214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Redis</w:t>
            </w:r>
          </w:p>
        </w:tc>
        <w:tc>
          <w:tcPr>
            <w:tcW w:type="dxa" w:w="390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Очередь фоновых задач, с паролем</w:t>
            </w:r>
          </w:p>
        </w:tc>
        <w:tc>
          <w:tcPr>
            <w:tcW w:type="dxa" w:w="3582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системный сервис </w:t>
            </w:r>
            <w:r>
              <w:rPr>
                <w:rFonts w:ascii="Courier New" w:hAnsi="Courier New"/>
                <w:b w:val="0"/>
                <w:sz w:val="17"/>
              </w:rPr>
              <w:t>redis-server</w:t>
            </w:r>
            <w:r>
              <w:rPr>
                <w:b w:val="0"/>
                <w:sz w:val="20"/>
              </w:rPr>
              <w:t>, только локально</w:t>
            </w:r>
          </w:p>
        </w:tc>
      </w:tr>
      <w:tr>
        <w:tc>
          <w:tcPr>
            <w:tcW w:type="dxa" w:w="214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Резервное копирование</w:t>
            </w:r>
          </w:p>
        </w:tc>
        <w:tc>
          <w:tcPr>
            <w:tcW w:type="dxa" w:w="390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Копия базы каждую ночь, проверка восстановления раз в неделю</w:t>
            </w:r>
          </w:p>
        </w:tc>
        <w:tc>
          <w:tcPr>
            <w:tcW w:type="dxa" w:w="3582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таймеры </w:t>
            </w:r>
            <w:r>
              <w:rPr>
                <w:rFonts w:ascii="Courier New" w:hAnsi="Courier New"/>
                <w:b w:val="0"/>
                <w:sz w:val="17"/>
              </w:rPr>
              <w:t>oborot-backup.timer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rFonts w:ascii="Courier New" w:hAnsi="Courier New"/>
                <w:b w:val="0"/>
                <w:sz w:val="17"/>
              </w:rPr>
              <w:t>oborot-restore-check.timer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</w:rPr>
        <w:t>Снаружи открыты только порты 80 и 443 веб-сервера. Бэкенд, база и Redis слушают только 127.0.0.1.</w:t>
      </w:r>
    </w:p>
    <w:p>
      <w:pPr>
        <w:pStyle w:val="Heading2"/>
      </w:pPr>
      <w:r>
        <w:rPr>
          <w:b w:val="0"/>
        </w:rPr>
        <w:t>2. Требования к серверу</w:t>
      </w:r>
    </w:p>
    <w:p>
      <w:pPr>
        <w:jc w:val="both"/>
      </w:pPr>
      <w:r>
        <w:rPr>
          <w:b/>
        </w:rPr>
        <w:t>Операционная система</w:t>
      </w:r>
      <w:r>
        <w:rPr>
          <w:b w:val="0"/>
        </w:rPr>
        <w:t xml:space="preserve"> — одна из: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ОС</w:t>
            </w:r>
          </w:p>
        </w:tc>
        <w:tc>
          <w:tcPr>
            <w:tcW w:type="dxa" w:w="4819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Состояние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Ubuntu 24.04 LTS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проверено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Debian 12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проверено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Ubuntu 22.04 LTS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рассчитано, не проверялось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Astra Linux на базе Debian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рассчитано, не проверялось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</w:rPr>
        <w:t>«Проверено» — установка, работа, перезагрузка и восстановление из копии пройдены на чистой системе. Другие дистрибутивы семейства Debian скрипт тоже примет, но на них установка не проверялась. Нужен Python 3.10 или новее из пакетов ОС.</w:t>
      </w:r>
    </w:p>
    <w:p>
      <w:pPr>
        <w:jc w:val="both"/>
      </w:pPr>
      <w:r>
        <w:rPr>
          <w:b/>
        </w:rPr>
        <w:t>Ресурсы: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586"/>
            <w:shd w:val="clear" w:color="auto" w:fill="EEEEEE"/>
          </w:tcPr>
          <w:p>
            <w:pPr>
              <w:spacing w:after="0" w:line="240" w:lineRule="auto"/>
            </w:pPr>
          </w:p>
        </w:tc>
        <w:tc>
          <w:tcPr>
            <w:tcW w:type="dxa" w:w="3761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Минимум</w:t>
            </w:r>
          </w:p>
        </w:tc>
        <w:tc>
          <w:tcPr>
            <w:tcW w:type="dxa" w:w="3291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Рекомендуется</w:t>
            </w:r>
          </w:p>
        </w:tc>
      </w:tr>
      <w:tr>
        <w:tc>
          <w:tcPr>
            <w:tcW w:type="dxa" w:w="258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Процессор</w:t>
            </w:r>
          </w:p>
        </w:tc>
        <w:tc>
          <w:tcPr>
            <w:tcW w:type="dxa" w:w="376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 ядра</w:t>
            </w:r>
          </w:p>
        </w:tc>
        <w:tc>
          <w:tcPr>
            <w:tcW w:type="dxa" w:w="329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4 ядра</w:t>
            </w:r>
          </w:p>
        </w:tc>
      </w:tr>
      <w:tr>
        <w:tc>
          <w:tcPr>
            <w:tcW w:type="dxa" w:w="258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Память</w:t>
            </w:r>
          </w:p>
        </w:tc>
        <w:tc>
          <w:tcPr>
            <w:tcW w:type="dxa" w:w="376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 ГБ</w:t>
            </w:r>
          </w:p>
        </w:tc>
        <w:tc>
          <w:tcPr>
            <w:tcW w:type="dxa" w:w="329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4 ГБ</w:t>
            </w:r>
          </w:p>
        </w:tc>
      </w:tr>
      <w:tr>
        <w:tc>
          <w:tcPr>
            <w:tcW w:type="dxa" w:w="258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Диск</w:t>
            </w:r>
          </w:p>
        </w:tc>
        <w:tc>
          <w:tcPr>
            <w:tcW w:type="dxa" w:w="376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10 ГБ</w:t>
            </w:r>
          </w:p>
        </w:tc>
        <w:tc>
          <w:tcPr>
            <w:tcW w:type="dxa" w:w="329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20 ГБ и больше</w:t>
            </w:r>
          </w:p>
        </w:tc>
      </w:tr>
      <w:tr>
        <w:tc>
          <w:tcPr>
            <w:tcW w:type="dxa" w:w="258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Архитектура</w:t>
            </w:r>
          </w:p>
        </w:tc>
        <w:tc>
          <w:tcPr>
            <w:tcW w:type="dxa" w:w="376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x86_64 или arm64</w:t>
            </w:r>
          </w:p>
        </w:tc>
        <w:tc>
          <w:tcPr>
            <w:tcW w:type="dxa" w:w="3291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jc w:val="both"/>
      </w:pPr>
      <w:r>
        <w:rPr>
          <w:b w:val="0"/>
        </w:rPr>
        <w:t xml:space="preserve">Установка занимает на диске около 1,5 ГБ вместе с пакетами ОС. В работе бэкенд и обработчик задач занимают около 700 МБ памяти, PostgreSQL, Redis и nginx — ещё около 150 МБ (замер на демо-данных: 25 товаров, 8 тыс. строк продаж). При 2 ГБ памяти можно уменьшить </w:t>
      </w:r>
      <w:r>
        <w:rPr>
          <w:rFonts w:ascii="Courier New" w:hAnsi="Courier New"/>
          <w:b w:val="0"/>
          <w:sz w:val="21"/>
        </w:rPr>
        <w:t>BACKEND_WORKERS</w:t>
      </w:r>
      <w:r>
        <w:rPr>
          <w:b w:val="0"/>
        </w:rPr>
        <w:t xml:space="preserve"> и </w:t>
      </w:r>
      <w:r>
        <w:rPr>
          <w:rFonts w:ascii="Courier New" w:hAnsi="Courier New"/>
          <w:b w:val="0"/>
          <w:sz w:val="21"/>
        </w:rPr>
        <w:t>WORKER_CONCURRENCY</w:t>
      </w:r>
      <w:r>
        <w:rPr>
          <w:b w:val="0"/>
        </w:rPr>
        <w:t xml:space="preserve"> до 1 (раздел 6) — это освобождает около 250 МБ.</w:t>
      </w:r>
    </w:p>
    <w:p>
      <w:pPr>
        <w:jc w:val="both"/>
      </w:pPr>
      <w:r>
        <w:rPr>
          <w:b w:val="0"/>
        </w:rPr>
        <w:t xml:space="preserve">Место на диске растёт вместе с историей продаж. В </w:t>
      </w:r>
      <w:r>
        <w:rPr>
          <w:rFonts w:ascii="Courier New" w:hAnsi="Courier New"/>
          <w:b w:val="0"/>
          <w:sz w:val="21"/>
        </w:rPr>
        <w:t>/var/backups/oborot</w:t>
      </w:r>
      <w:r>
        <w:rPr>
          <w:b w:val="0"/>
        </w:rPr>
        <w:t xml:space="preserve"> хранится до 22 копий базы, а еженедельной проверке восстановления нужно свободное место, сравнимое с размером самой базы.</w:t>
      </w:r>
    </w:p>
    <w:p>
      <w:pPr>
        <w:jc w:val="both"/>
      </w:pPr>
      <w:r>
        <w:rPr>
          <w:b/>
        </w:rPr>
        <w:t>Сеть: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доменное имя с A-записью на IP сервера (для HTTPS — обязательно);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входящие порты 80 и 443;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на время установки и обновления — исходящий доступ в интернет к репозиториям пакетов ОС и к адресам из таблицы ниже.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Адрес</w:t>
            </w:r>
          </w:p>
        </w:tc>
        <w:tc>
          <w:tcPr>
            <w:tcW w:type="dxa" w:w="4819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Зачем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репозитории пакетов ОС (</w:t>
            </w:r>
            <w:r>
              <w:rPr>
                <w:rFonts w:ascii="Courier New" w:hAnsi="Courier New"/>
                <w:b w:val="0"/>
                <w:sz w:val="17"/>
              </w:rPr>
              <w:t>deb.debian.org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rFonts w:ascii="Courier New" w:hAnsi="Courier New"/>
                <w:b w:val="0"/>
                <w:sz w:val="17"/>
              </w:rPr>
              <w:t>archive.ubuntu.com</w:t>
            </w:r>
            <w:r>
              <w:rPr>
                <w:b w:val="0"/>
                <w:sz w:val="20"/>
              </w:rPr>
              <w:t xml:space="preserve"> или зеркало)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PostgreSQL, Redis, nginx, Python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nodejs.org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Node.js для сборки интерфейса, если в системе нет подходящей версии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pypi.org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rFonts w:ascii="Courier New" w:hAnsi="Courier New"/>
                <w:b w:val="0"/>
                <w:sz w:val="17"/>
              </w:rPr>
              <w:t>files.pythonhosted.org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библиотеки бэкенда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registry.npmjs.org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библиотеки интерфейса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acme-v02.api.letsencrypt.org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сертификат HTTPS, только с </w:t>
            </w:r>
            <w:r>
              <w:rPr>
                <w:rFonts w:ascii="Courier New" w:hAnsi="Courier New"/>
                <w:b w:val="0"/>
                <w:sz w:val="17"/>
              </w:rPr>
              <w:t>--tls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</w:rPr>
        <w:t>В работе продукт во внешние сервисы не обращается; исключение — почтовый сервер, если почта настроена (раздел 7), и внешний хост для копий, если он задан (раздел 8).</w:t>
      </w:r>
    </w:p>
    <w:p>
      <w:pPr>
        <w:pStyle w:val="Heading2"/>
      </w:pPr>
      <w:r>
        <w:rPr>
          <w:b w:val="0"/>
        </w:rPr>
        <w:t>3. Подготовка</w:t>
      </w:r>
    </w:p>
    <w:p>
      <w:pPr>
        <w:tabs>
          <w:tab w:pos="425" w:val="left"/>
        </w:tabs>
        <w:spacing w:after="40"/>
        <w:ind w:left="425" w:hanging="340"/>
      </w:pPr>
      <w:r>
        <w:t>1.</w:t>
        <w:tab/>
      </w:r>
      <w:r>
        <w:rPr>
          <w:b w:val="0"/>
        </w:rPr>
        <w:t xml:space="preserve">Сервер с одной из ОС выше, доступ root (или пользователь с </w:t>
      </w:r>
      <w:r>
        <w:rPr>
          <w:rFonts w:ascii="Courier New" w:hAnsi="Courier New"/>
          <w:b w:val="0"/>
          <w:sz w:val="21"/>
        </w:rPr>
        <w:t>sudo</w:t>
      </w:r>
      <w:r>
        <w:rPr>
          <w:b w:val="0"/>
        </w:rPr>
        <w:t>).</w:t>
      </w:r>
    </w:p>
    <w:p>
      <w:pPr>
        <w:tabs>
          <w:tab w:pos="425" w:val="left"/>
        </w:tabs>
        <w:spacing w:after="40"/>
        <w:ind w:left="425" w:hanging="340"/>
      </w:pPr>
      <w:r>
        <w:t>2.</w:t>
        <w:tab/>
      </w:r>
      <w:r>
        <w:rPr>
          <w:b w:val="0"/>
        </w:rPr>
        <w:t xml:space="preserve">A-запись домена указывает на IP сервера. Проверка: </w:t>
      </w:r>
      <w:r>
        <w:rPr>
          <w:rFonts w:ascii="Courier New" w:hAnsi="Courier New"/>
          <w:b w:val="0"/>
          <w:sz w:val="21"/>
        </w:rPr>
        <w:t>getent hosts oborot.example.ru</w:t>
      </w:r>
      <w:r>
        <w:rPr>
          <w:b w:val="0"/>
        </w:rPr>
        <w:t xml:space="preserve"> должна вернуть IP этого сервера.</w:t>
      </w:r>
    </w:p>
    <w:p>
      <w:pPr>
        <w:tabs>
          <w:tab w:pos="425" w:val="left"/>
        </w:tabs>
        <w:spacing w:after="40"/>
        <w:ind w:left="425" w:hanging="340"/>
      </w:pPr>
      <w:r>
        <w:t>3.</w:t>
        <w:tab/>
      </w:r>
      <w:r>
        <w:rPr>
          <w:b w:val="0"/>
        </w:rPr>
        <w:t xml:space="preserve">Порты 80 и 443 открыты в межсетевом экране сервера и у хостинга. Если на сервере включён </w:t>
      </w:r>
      <w:r>
        <w:rPr>
          <w:rFonts w:ascii="Courier New" w:hAnsi="Courier New"/>
          <w:b w:val="0"/>
          <w:sz w:val="21"/>
        </w:rPr>
        <w:t>ufw</w:t>
      </w:r>
      <w:r>
        <w:rPr>
          <w:b w:val="0"/>
        </w:rPr>
        <w:t>:</w:t>
      </w:r>
    </w:p>
    <w:p>
      <w:pPr>
        <w:spacing w:after="0" w:line="240" w:lineRule="auto"/>
        <w:ind w:left="510"/>
        <w:shd w:val="clear" w:color="auto" w:fill="F4F4F4"/>
      </w:pPr>
      <w:r>
        <w:rPr>
          <w:rFonts w:ascii="Courier New" w:hAnsi="Courier New"/>
          <w:sz w:val="18"/>
        </w:rPr>
        <w:t>sudo ufw allow 80/tcp</w:t>
      </w:r>
    </w:p>
    <w:p>
      <w:pPr>
        <w:spacing w:after="120" w:line="240" w:lineRule="auto"/>
        <w:ind w:left="510"/>
        <w:shd w:val="clear" w:color="auto" w:fill="F4F4F4"/>
      </w:pPr>
      <w:r>
        <w:rPr>
          <w:rFonts w:ascii="Courier New" w:hAnsi="Courier New"/>
          <w:sz w:val="18"/>
        </w:rPr>
        <w:t>sudo ufw allow 443/tcp</w:t>
      </w:r>
    </w:p>
    <w:p>
      <w:pPr>
        <w:tabs>
          <w:tab w:pos="425" w:val="left"/>
        </w:tabs>
        <w:spacing w:after="40"/>
        <w:ind w:left="425" w:hanging="340"/>
      </w:pPr>
      <w:r>
        <w:t>4.</w:t>
        <w:tab/>
      </w:r>
      <w:r>
        <w:rPr>
          <w:b w:val="0"/>
        </w:rPr>
        <w:t xml:space="preserve">На сервере нет другого веб-сайта на порту 80 с тем же доменом. Если nginx уже обслуживает другие сайты, они не затрагиваются: «Оборот» добавляет свой файл конфигурации </w:t>
      </w:r>
      <w:r>
        <w:rPr>
          <w:rFonts w:ascii="Courier New" w:hAnsi="Courier New"/>
          <w:b w:val="0"/>
          <w:sz w:val="21"/>
        </w:rPr>
        <w:t>oborot.conf</w:t>
      </w:r>
      <w:r>
        <w:rPr>
          <w:b w:val="0"/>
        </w:rPr>
        <w:t xml:space="preserve"> и отключает только стандартную заглушку пакета nginx (</w:t>
      </w:r>
      <w:r>
        <w:rPr>
          <w:rFonts w:ascii="Courier New" w:hAnsi="Courier New"/>
          <w:b w:val="0"/>
          <w:sz w:val="21"/>
        </w:rPr>
        <w:t>sites-enabled/default</w:t>
      </w:r>
      <w:r>
        <w:rPr>
          <w:b w:val="0"/>
        </w:rPr>
        <w:t>).</w:t>
      </w:r>
    </w:p>
    <w:p>
      <w:pPr>
        <w:pStyle w:val="Heading2"/>
      </w:pPr>
      <w:r>
        <w:rPr>
          <w:b w:val="0"/>
        </w:rPr>
        <w:t>4. Установка</w:t>
      </w:r>
    </w:p>
    <w:p>
      <w:pPr>
        <w:pStyle w:val="Heading3"/>
      </w:pPr>
      <w:r>
        <w:rPr>
          <w:b w:val="0"/>
        </w:rPr>
        <w:t>4.1. Архив выпуска</w:t>
      </w:r>
    </w:p>
    <w:p>
      <w:pPr>
        <w:jc w:val="both"/>
      </w:pPr>
      <w:r>
        <w:rPr>
          <w:b w:val="0"/>
        </w:rPr>
        <w:t xml:space="preserve">Архив выпуска — файл </w:t>
      </w:r>
      <w:r>
        <w:rPr>
          <w:rFonts w:ascii="Courier New" w:hAnsi="Courier New"/>
          <w:b w:val="0"/>
          <w:sz w:val="21"/>
        </w:rPr>
        <w:t>oborot-&lt;версия&gt;.tar.gz</w:t>
      </w:r>
      <w:r>
        <w:rPr>
          <w:b w:val="0"/>
        </w:rPr>
        <w:t xml:space="preserve">, рядом с ним — файл контрольной суммы </w:t>
      </w:r>
      <w:r>
        <w:rPr>
          <w:rFonts w:ascii="Courier New" w:hAnsi="Courier New"/>
          <w:b w:val="0"/>
          <w:sz w:val="21"/>
        </w:rPr>
        <w:t>oborot-&lt;версия&gt;.tar.gz.sha256</w:t>
      </w:r>
      <w:r>
        <w:rPr>
          <w:b w:val="0"/>
        </w:rPr>
        <w:t>. Скопируйте оба на сервер и проверьте, что архив дошёл целым: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sha256sum -c oborot-0.12.3.tar.gz.sha256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# oborot-0.12.3.tar.gz: OK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tar -xzf oborot-0.12.3.tar.gz</w:t>
      </w:r>
    </w:p>
    <w:p>
      <w:pPr>
        <w:spacing w:after="12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cd oborot-0.12.3</w:t>
      </w:r>
    </w:p>
    <w:p>
      <w:pPr>
        <w:jc w:val="both"/>
      </w:pPr>
      <w:r>
        <w:rPr>
          <w:b w:val="0"/>
        </w:rPr>
        <w:t xml:space="preserve">Архив собирает поставщик командой </w:t>
      </w:r>
      <w:r>
        <w:rPr>
          <w:rFonts w:ascii="Courier New" w:hAnsi="Courier New"/>
          <w:b w:val="0"/>
          <w:sz w:val="21"/>
        </w:rPr>
        <w:t>deploy/make_release.sh</w:t>
      </w:r>
      <w:r>
        <w:rPr>
          <w:b w:val="0"/>
        </w:rPr>
        <w:t xml:space="preserve"> из репозитория исходного кода.</w:t>
      </w:r>
    </w:p>
    <w:p>
      <w:pPr>
        <w:pStyle w:val="Heading3"/>
      </w:pPr>
      <w:r>
        <w:rPr>
          <w:b w:val="0"/>
        </w:rPr>
        <w:t>4.2. Запуск установки</w:t>
      </w:r>
    </w:p>
    <w:p>
      <w:pPr>
        <w:spacing w:after="12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sudo ./deploy/install.sh --domain oborot.example.ru --admin-email admin@example.ru --tls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18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7320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318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--domain ИМЯ</w:t>
            </w:r>
          </w:p>
        </w:tc>
        <w:tc>
          <w:tcPr>
            <w:tcW w:type="dxa" w:w="732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доменное имя, по которому продукт будет открываться (обязателен при первой установке)</w:t>
            </w:r>
          </w:p>
        </w:tc>
      </w:tr>
      <w:tr>
        <w:tc>
          <w:tcPr>
            <w:tcW w:type="dxa" w:w="2318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--tls</w:t>
            </w:r>
          </w:p>
        </w:tc>
        <w:tc>
          <w:tcPr>
            <w:tcW w:type="dxa" w:w="732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получить сертификат Let's Encrypt и включить HTTPS; без него продукт работает по HTTP</w:t>
            </w:r>
          </w:p>
        </w:tc>
      </w:tr>
      <w:tr>
        <w:tc>
          <w:tcPr>
            <w:tcW w:type="dxa" w:w="2318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--admin-email АДРЕС</w:t>
            </w:r>
          </w:p>
        </w:tc>
        <w:tc>
          <w:tcPr>
            <w:tcW w:type="dxa" w:w="732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создать первого администратора; этот же адрес передаётся Let's Encrypt</w:t>
            </w:r>
          </w:p>
        </w:tc>
      </w:tr>
      <w:tr>
        <w:tc>
          <w:tcPr>
            <w:tcW w:type="dxa" w:w="2318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--org-name НАЗВАНИЕ</w:t>
            </w:r>
          </w:p>
        </w:tc>
        <w:tc>
          <w:tcPr>
            <w:tcW w:type="dxa" w:w="732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название организации администратора; по умолчанию — домен</w:t>
            </w:r>
          </w:p>
        </w:tc>
      </w:tr>
      <w:tr>
        <w:tc>
          <w:tcPr>
            <w:tcW w:type="dxa" w:w="2318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--demo</w:t>
            </w:r>
          </w:p>
        </w:tc>
        <w:tc>
          <w:tcPr>
            <w:tcW w:type="dxa" w:w="732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загрузить демо-организацию с данными для показа</w:t>
            </w:r>
          </w:p>
        </w:tc>
      </w:tr>
      <w:tr>
        <w:tc>
          <w:tcPr>
            <w:tcW w:type="dxa" w:w="2318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--no-systemd</w:t>
            </w:r>
          </w:p>
        </w:tc>
        <w:tc>
          <w:tcPr>
            <w:tcW w:type="dxa" w:w="732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только для проверки в контейнере без systemd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</w:rPr>
        <w:t>Установка занимает около двух минут; большая часть — скачивание пакетов и сборка интерфейса. По шагам скрипт:</w:t>
      </w:r>
    </w:p>
    <w:p>
      <w:pPr>
        <w:tabs>
          <w:tab w:pos="425" w:val="left"/>
        </w:tabs>
        <w:spacing w:after="40"/>
        <w:ind w:left="425" w:hanging="340"/>
      </w:pPr>
      <w:r>
        <w:t>1.</w:t>
        <w:tab/>
      </w:r>
      <w:r>
        <w:rPr>
          <w:b w:val="0"/>
        </w:rPr>
        <w:t xml:space="preserve">ставит пакеты ОС: PostgreSQL, Redis, nginx, Python, certbot (с </w:t>
      </w:r>
      <w:r>
        <w:rPr>
          <w:rFonts w:ascii="Courier New" w:hAnsi="Courier New"/>
          <w:b w:val="0"/>
          <w:sz w:val="21"/>
        </w:rPr>
        <w:t>--tls</w:t>
      </w:r>
      <w:r>
        <w:rPr>
          <w:b w:val="0"/>
        </w:rPr>
        <w:t>);</w:t>
      </w:r>
    </w:p>
    <w:p>
      <w:pPr>
        <w:tabs>
          <w:tab w:pos="425" w:val="left"/>
        </w:tabs>
        <w:spacing w:after="40"/>
        <w:ind w:left="425" w:hanging="340"/>
      </w:pPr>
      <w:r>
        <w:t>2.</w:t>
        <w:tab/>
      </w:r>
      <w:r>
        <w:rPr>
          <w:b w:val="0"/>
        </w:rPr>
        <w:t xml:space="preserve">если в системе нет Node.js 20.19+ или 22.12+, скачивает его с </w:t>
      </w:r>
      <w:r>
        <w:rPr>
          <w:rFonts w:ascii="Courier New" w:hAnsi="Courier New"/>
          <w:b w:val="0"/>
          <w:sz w:val="21"/>
        </w:rPr>
        <w:t>nodejs.org</w:t>
      </w:r>
      <w:r>
        <w:rPr>
          <w:b w:val="0"/>
        </w:rPr>
        <w:t xml:space="preserve"> в </w:t>
      </w:r>
      <w:r>
        <w:rPr>
          <w:rFonts w:ascii="Courier New" w:hAnsi="Courier New"/>
          <w:b w:val="0"/>
          <w:sz w:val="21"/>
        </w:rPr>
        <w:t>/opt/oborot/node</w:t>
      </w:r>
      <w:r>
        <w:rPr>
          <w:b w:val="0"/>
        </w:rPr>
        <w:t xml:space="preserve"> и сверяет контрольную сумму SHA-256;</w:t>
      </w:r>
    </w:p>
    <w:p>
      <w:pPr>
        <w:tabs>
          <w:tab w:pos="425" w:val="left"/>
        </w:tabs>
        <w:spacing w:after="40"/>
        <w:ind w:left="425" w:hanging="340"/>
      </w:pPr>
      <w:r>
        <w:t>3.</w:t>
        <w:tab/>
      </w:r>
      <w:r>
        <w:rPr>
          <w:b w:val="0"/>
        </w:rPr>
        <w:t xml:space="preserve">создаёт системного пользователя </w:t>
      </w:r>
      <w:r>
        <w:rPr>
          <w:rFonts w:ascii="Courier New" w:hAnsi="Courier New"/>
          <w:b w:val="0"/>
          <w:sz w:val="21"/>
        </w:rPr>
        <w:t>oborot</w:t>
      </w:r>
      <w:r>
        <w:rPr>
          <w:b w:val="0"/>
        </w:rPr>
        <w:t xml:space="preserve"> без входа в систему;</w:t>
      </w:r>
    </w:p>
    <w:p>
      <w:pPr>
        <w:tabs>
          <w:tab w:pos="425" w:val="left"/>
        </w:tabs>
        <w:spacing w:after="40"/>
        <w:ind w:left="425" w:hanging="340"/>
      </w:pPr>
      <w:r>
        <w:t>4.</w:t>
        <w:tab/>
      </w:r>
      <w:r>
        <w:rPr>
          <w:b w:val="0"/>
        </w:rPr>
        <w:t xml:space="preserve">копирует код в </w:t>
      </w:r>
      <w:r>
        <w:rPr>
          <w:rFonts w:ascii="Courier New" w:hAnsi="Courier New"/>
          <w:b w:val="0"/>
          <w:sz w:val="21"/>
        </w:rPr>
        <w:t>/opt/oborot/app</w:t>
      </w:r>
      <w:r>
        <w:rPr>
          <w:b w:val="0"/>
        </w:rPr>
        <w:t xml:space="preserve">, ставит библиотеки бэкенда в </w:t>
      </w:r>
      <w:r>
        <w:rPr>
          <w:rFonts w:ascii="Courier New" w:hAnsi="Courier New"/>
          <w:b w:val="0"/>
          <w:sz w:val="21"/>
        </w:rPr>
        <w:t>/opt/oborot/venv</w:t>
      </w:r>
      <w:r>
        <w:rPr>
          <w:b w:val="0"/>
        </w:rPr>
        <w:t>;</w:t>
      </w:r>
    </w:p>
    <w:p>
      <w:pPr>
        <w:tabs>
          <w:tab w:pos="425" w:val="left"/>
        </w:tabs>
        <w:spacing w:after="40"/>
        <w:ind w:left="425" w:hanging="340"/>
      </w:pPr>
      <w:r>
        <w:t>5.</w:t>
        <w:tab/>
      </w:r>
      <w:r>
        <w:rPr>
          <w:b w:val="0"/>
        </w:rPr>
        <w:t xml:space="preserve">создаёт файл настроек </w:t>
      </w:r>
      <w:r>
        <w:rPr>
          <w:rFonts w:ascii="Courier New" w:hAnsi="Courier New"/>
          <w:b w:val="0"/>
          <w:sz w:val="21"/>
        </w:rPr>
        <w:t>/etc/oborot/oborot.env</w:t>
      </w:r>
      <w:r>
        <w:rPr>
          <w:b w:val="0"/>
        </w:rPr>
        <w:t xml:space="preserve"> со случайными паролями базы, Redis и ключом подписи сеансов;</w:t>
      </w:r>
    </w:p>
    <w:p>
      <w:pPr>
        <w:tabs>
          <w:tab w:pos="425" w:val="left"/>
        </w:tabs>
        <w:spacing w:after="40"/>
        <w:ind w:left="425" w:hanging="340"/>
      </w:pPr>
      <w:r>
        <w:t>6.</w:t>
        <w:tab/>
      </w:r>
      <w:r>
        <w:rPr>
          <w:b w:val="0"/>
        </w:rPr>
        <w:t xml:space="preserve">создаёт роль и базу </w:t>
      </w:r>
      <w:r>
        <w:rPr>
          <w:rFonts w:ascii="Courier New" w:hAnsi="Courier New"/>
          <w:b w:val="0"/>
          <w:sz w:val="21"/>
        </w:rPr>
        <w:t>oborot</w:t>
      </w:r>
      <w:r>
        <w:rPr>
          <w:b w:val="0"/>
        </w:rPr>
        <w:t xml:space="preserve"> в PostgreSQL, задаёт пароль Redis;</w:t>
      </w:r>
    </w:p>
    <w:p>
      <w:pPr>
        <w:tabs>
          <w:tab w:pos="425" w:val="left"/>
        </w:tabs>
        <w:spacing w:after="40"/>
        <w:ind w:left="425" w:hanging="340"/>
      </w:pPr>
      <w:r>
        <w:t>7.</w:t>
        <w:tab/>
      </w:r>
      <w:r>
        <w:rPr>
          <w:b w:val="0"/>
        </w:rPr>
        <w:t>применяет миграции схемы базы;</w:t>
      </w:r>
    </w:p>
    <w:p>
      <w:pPr>
        <w:tabs>
          <w:tab w:pos="425" w:val="left"/>
        </w:tabs>
        <w:spacing w:after="40"/>
        <w:ind w:left="425" w:hanging="340"/>
      </w:pPr>
      <w:r>
        <w:t>8.</w:t>
        <w:tab/>
      </w:r>
      <w:r>
        <w:rPr>
          <w:b w:val="0"/>
        </w:rPr>
        <w:t>создаёт администратора (</w:t>
      </w:r>
      <w:r>
        <w:rPr>
          <w:rFonts w:ascii="Courier New" w:hAnsi="Courier New"/>
          <w:b w:val="0"/>
          <w:sz w:val="21"/>
        </w:rPr>
        <w:t>--admin-email</w:t>
      </w:r>
      <w:r>
        <w:rPr>
          <w:b w:val="0"/>
        </w:rPr>
        <w:t>) и демо-данные (</w:t>
      </w:r>
      <w:r>
        <w:rPr>
          <w:rFonts w:ascii="Courier New" w:hAnsi="Courier New"/>
          <w:b w:val="0"/>
          <w:sz w:val="21"/>
        </w:rPr>
        <w:t>--demo</w:t>
      </w:r>
      <w:r>
        <w:rPr>
          <w:b w:val="0"/>
        </w:rPr>
        <w:t>);</w:t>
      </w:r>
    </w:p>
    <w:p>
      <w:pPr>
        <w:tabs>
          <w:tab w:pos="425" w:val="left"/>
        </w:tabs>
        <w:spacing w:after="40"/>
        <w:ind w:left="425" w:hanging="340"/>
      </w:pPr>
      <w:r>
        <w:t>9.</w:t>
        <w:tab/>
      </w:r>
      <w:r>
        <w:rPr>
          <w:b w:val="0"/>
        </w:rPr>
        <w:t xml:space="preserve">собирает интерфейс и кладёт его в </w:t>
      </w:r>
      <w:r>
        <w:rPr>
          <w:rFonts w:ascii="Courier New" w:hAnsi="Courier New"/>
          <w:b w:val="0"/>
          <w:sz w:val="21"/>
        </w:rPr>
        <w:t>/var/www/oborot</w:t>
      </w:r>
      <w:r>
        <w:rPr>
          <w:b w:val="0"/>
        </w:rPr>
        <w:t>;</w:t>
      </w:r>
    </w:p>
    <w:p>
      <w:pPr>
        <w:tabs>
          <w:tab w:pos="425" w:val="left"/>
        </w:tabs>
        <w:spacing w:after="40"/>
        <w:ind w:left="425" w:hanging="340"/>
      </w:pPr>
      <w:r>
        <w:t>10.</w:t>
        <w:tab/>
      </w:r>
      <w:r>
        <w:rPr>
          <w:b w:val="0"/>
        </w:rPr>
        <w:t xml:space="preserve">пишет конфигурацию nginx и, с </w:t>
      </w:r>
      <w:r>
        <w:rPr>
          <w:rFonts w:ascii="Courier New" w:hAnsi="Courier New"/>
          <w:b w:val="0"/>
          <w:sz w:val="21"/>
        </w:rPr>
        <w:t>--tls</w:t>
      </w:r>
      <w:r>
        <w:rPr>
          <w:b w:val="0"/>
        </w:rPr>
        <w:t>, получает сертификат;</w:t>
      </w:r>
    </w:p>
    <w:p>
      <w:pPr>
        <w:tabs>
          <w:tab w:pos="425" w:val="left"/>
        </w:tabs>
        <w:spacing w:after="40"/>
        <w:ind w:left="425" w:hanging="340"/>
      </w:pPr>
      <w:r>
        <w:t>11.</w:t>
        <w:tab/>
      </w:r>
      <w:r>
        <w:rPr>
          <w:b w:val="0"/>
        </w:rPr>
        <w:t xml:space="preserve">ставит и запускает сервисы </w:t>
      </w:r>
      <w:r>
        <w:rPr>
          <w:rFonts w:ascii="Courier New" w:hAnsi="Courier New"/>
          <w:b w:val="0"/>
          <w:sz w:val="21"/>
        </w:rPr>
        <w:t>oborot-backend</w:t>
      </w:r>
      <w:r>
        <w:rPr>
          <w:b w:val="0"/>
        </w:rPr>
        <w:t xml:space="preserve">, </w:t>
      </w:r>
      <w:r>
        <w:rPr>
          <w:rFonts w:ascii="Courier New" w:hAnsi="Courier New"/>
          <w:b w:val="0"/>
          <w:sz w:val="21"/>
        </w:rPr>
        <w:t>oborot-worker</w:t>
      </w:r>
      <w:r>
        <w:rPr>
          <w:b w:val="0"/>
        </w:rPr>
        <w:t xml:space="preserve"> и таймеры резервного копирования, проверяет, что бэкенд отвечает через nginx.</w:t>
      </w:r>
    </w:p>
    <w:p>
      <w:pPr>
        <w:jc w:val="both"/>
      </w:pPr>
      <w:r>
        <w:rPr>
          <w:b w:val="0"/>
        </w:rPr>
        <w:t>Пароль администратора скрипт печатает на шаге «Администратор», адрес продукта — в конце вывода.</w:t>
      </w:r>
    </w:p>
    <w:p>
      <w:pPr>
        <w:jc w:val="both"/>
      </w:pPr>
      <w:r>
        <w:rPr>
          <w:b/>
        </w:rPr>
        <w:t>Повторный запуск безопасен.</w:t>
      </w:r>
      <w:r>
        <w:rPr>
          <w:b w:val="0"/>
        </w:rPr>
        <w:t xml:space="preserve"> Пароли в </w:t>
      </w:r>
      <w:r>
        <w:rPr>
          <w:rFonts w:ascii="Courier New" w:hAnsi="Courier New"/>
          <w:b w:val="0"/>
          <w:sz w:val="21"/>
        </w:rPr>
        <w:t>/etc/oborot/oborot.env</w:t>
      </w:r>
      <w:r>
        <w:rPr>
          <w:b w:val="0"/>
        </w:rPr>
        <w:t xml:space="preserve"> не меняются, база не пересоздаётся, администратор и демо-данные не дублируются. Если установка прервалась (обрыв связи, нехватка места), устраните причину и запустите ту же команду ещё раз.</w:t>
      </w:r>
    </w:p>
    <w:p>
      <w:pPr>
        <w:pStyle w:val="Heading3"/>
      </w:pPr>
      <w:r>
        <w:rPr>
          <w:b w:val="0"/>
        </w:rPr>
        <w:t>4.3. HTTPS позже</w:t>
      </w:r>
    </w:p>
    <w:p>
      <w:pPr>
        <w:jc w:val="both"/>
      </w:pPr>
      <w:r>
        <w:rPr>
          <w:b w:val="0"/>
        </w:rPr>
        <w:t xml:space="preserve">Если при установке домен ещё не указывал на сервер, ставьте без </w:t>
      </w:r>
      <w:r>
        <w:rPr>
          <w:rFonts w:ascii="Courier New" w:hAnsi="Courier New"/>
          <w:b w:val="0"/>
          <w:sz w:val="21"/>
        </w:rPr>
        <w:t>--tls</w:t>
      </w:r>
      <w:r>
        <w:rPr>
          <w:b w:val="0"/>
        </w:rPr>
        <w:t xml:space="preserve">, а когда A-запись заработает, запустите ту же команду с </w:t>
      </w:r>
      <w:r>
        <w:rPr>
          <w:rFonts w:ascii="Courier New" w:hAnsi="Courier New"/>
          <w:b w:val="0"/>
          <w:sz w:val="21"/>
        </w:rPr>
        <w:t>--tls</w:t>
      </w:r>
      <w:r>
        <w:rPr>
          <w:b w:val="0"/>
        </w:rPr>
        <w:t>:</w:t>
      </w:r>
    </w:p>
    <w:p>
      <w:pPr>
        <w:spacing w:after="12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sudo /opt/oborot/app/deploy/install.sh --domain oborot.example.ru --tls</w:t>
      </w:r>
    </w:p>
    <w:p>
      <w:pPr>
        <w:jc w:val="both"/>
      </w:pPr>
      <w:r>
        <w:rPr>
          <w:b w:val="0"/>
        </w:rPr>
        <w:t xml:space="preserve">Сертификат продлевается сам (таймер </w:t>
      </w:r>
      <w:r>
        <w:rPr>
          <w:rFonts w:ascii="Courier New" w:hAnsi="Courier New"/>
          <w:b w:val="0"/>
          <w:sz w:val="21"/>
        </w:rPr>
        <w:t>certbot.timer</w:t>
      </w:r>
      <w:r>
        <w:rPr>
          <w:b w:val="0"/>
        </w:rPr>
        <w:t xml:space="preserve"> пакета certbot), после продления nginx перечитывает его.</w:t>
      </w:r>
    </w:p>
    <w:p>
      <w:pPr>
        <w:pStyle w:val="Heading2"/>
      </w:pPr>
      <w:r>
        <w:rPr>
          <w:b w:val="0"/>
        </w:rPr>
        <w:t>5. Первый вход</w:t>
      </w:r>
    </w:p>
    <w:p>
      <w:pPr>
        <w:jc w:val="both"/>
      </w:pPr>
      <w:r>
        <w:rPr>
          <w:b w:val="0"/>
        </w:rPr>
        <w:t xml:space="preserve">Откройте в браузере адрес, напечатанный в конце установки, например </w:t>
      </w:r>
      <w:r>
        <w:rPr>
          <w:rFonts w:ascii="Courier New" w:hAnsi="Courier New"/>
          <w:b w:val="0"/>
          <w:sz w:val="21"/>
        </w:rPr>
        <w:t>https://oborot.example.ru/</w:t>
      </w:r>
      <w:r>
        <w:rPr>
          <w:b w:val="0"/>
        </w:rPr>
        <w:t>, и войдите с адресом администратора и паролем.</w:t>
      </w:r>
    </w:p>
    <w:p>
      <w:pPr>
        <w:jc w:val="both"/>
      </w:pPr>
      <w:r>
        <w:rPr>
          <w:b/>
        </w:rPr>
        <w:t>Пароль администратора печатается один раз</w:t>
      </w:r>
      <w:r>
        <w:rPr>
          <w:b w:val="0"/>
        </w:rPr>
        <w:t>, в базе хранится только его хеш. Сохраните его в менеджере паролей. Если он потерян, восстановите его ссылкой «Забыли пароль?» на странице входа: без настроенной почты ссылка пишется в журнал сервиса (раздел 7).</w:t>
      </w:r>
    </w:p>
    <w:p>
      <w:pPr>
        <w:jc w:val="both"/>
      </w:pPr>
      <w:r>
        <w:rPr>
          <w:b w:val="0"/>
        </w:rPr>
        <w:t xml:space="preserve">Если установка шла без </w:t>
      </w:r>
      <w:r>
        <w:rPr>
          <w:rFonts w:ascii="Courier New" w:hAnsi="Courier New"/>
          <w:b w:val="0"/>
          <w:sz w:val="21"/>
        </w:rPr>
        <w:t>--admin-email</w:t>
      </w:r>
      <w:r>
        <w:rPr>
          <w:b w:val="0"/>
        </w:rPr>
        <w:t>, администратора можно создать позже:</w:t>
      </w:r>
    </w:p>
    <w:p>
      <w:pPr>
        <w:spacing w:after="12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sudo oborot-manage python scripts/create_admin.py --email admin@example.ru --organization "ООО Ромашка"</w:t>
      </w:r>
    </w:p>
    <w:p>
      <w:pPr>
        <w:jc w:val="both"/>
      </w:pPr>
      <w:r>
        <w:rPr>
          <w:b w:val="0"/>
        </w:rPr>
        <w:t xml:space="preserve">С </w:t>
      </w:r>
      <w:r>
        <w:rPr>
          <w:rFonts w:ascii="Courier New" w:hAnsi="Courier New"/>
          <w:b w:val="0"/>
          <w:sz w:val="21"/>
        </w:rPr>
        <w:t>--demo</w:t>
      </w:r>
      <w:r>
        <w:rPr>
          <w:b w:val="0"/>
        </w:rPr>
        <w:t xml:space="preserve"> создаётся отдельная организация «Демо — Оборот» с двумя пользователями (</w:t>
      </w:r>
      <w:r>
        <w:rPr>
          <w:rFonts w:ascii="Courier New" w:hAnsi="Courier New"/>
          <w:b w:val="0"/>
          <w:sz w:val="21"/>
        </w:rPr>
        <w:t>demo-admin@example.com</w:t>
      </w:r>
      <w:r>
        <w:rPr>
          <w:b w:val="0"/>
        </w:rPr>
        <w:t xml:space="preserve"> — администратор, </w:t>
      </w:r>
      <w:r>
        <w:rPr>
          <w:rFonts w:ascii="Courier New" w:hAnsi="Courier New"/>
          <w:b w:val="0"/>
          <w:sz w:val="21"/>
        </w:rPr>
        <w:t>demo-viewer@example.com</w:t>
      </w:r>
      <w:r>
        <w:rPr>
          <w:b w:val="0"/>
        </w:rPr>
        <w:t xml:space="preserve"> — только просмотр). Их общий пароль генерируется при установке и печатается в выводе скрипта. Демо-данные не смешиваются с данными вашей организации.</w:t>
      </w:r>
    </w:p>
    <w:p>
      <w:pPr>
        <w:jc w:val="both"/>
      </w:pPr>
      <w:r>
        <w:rPr>
          <w:b/>
        </w:rPr>
        <w:t>Экземпляр для ознакомления и экспертной проверки.</w:t>
      </w:r>
      <w:r>
        <w:rPr>
          <w:b w:val="0"/>
        </w:rPr>
        <w:t xml:space="preserve"> Чтобы показать продукт на готовых данных, ставьте его с </w:t>
      </w:r>
      <w:r>
        <w:rPr>
          <w:rFonts w:ascii="Courier New" w:hAnsi="Courier New"/>
          <w:b w:val="0"/>
          <w:sz w:val="21"/>
        </w:rPr>
        <w:t>--demo</w:t>
      </w:r>
      <w:r>
        <w:rPr>
          <w:b w:val="0"/>
        </w:rPr>
        <w:t xml:space="preserve"> — например, </w:t>
      </w:r>
      <w:r>
        <w:rPr>
          <w:rFonts w:ascii="Courier New" w:hAnsi="Courier New"/>
          <w:b w:val="0"/>
          <w:sz w:val="21"/>
        </w:rPr>
        <w:t>sudo ./deploy/install.sh --domain oborot.example.ru --admin-email admin@example.ru --tls --demo</w:t>
      </w:r>
      <w:r>
        <w:rPr>
          <w:b w:val="0"/>
        </w:rPr>
        <w:t xml:space="preserve">. Проверяющему передаются адрес продукта, адрес </w:t>
      </w:r>
      <w:r>
        <w:rPr>
          <w:rFonts w:ascii="Courier New" w:hAnsi="Courier New"/>
          <w:b w:val="0"/>
          <w:sz w:val="21"/>
        </w:rPr>
        <w:t>demo-admin@example.com</w:t>
      </w:r>
      <w:r>
        <w:rPr>
          <w:b w:val="0"/>
        </w:rPr>
        <w:t xml:space="preserve"> и пароль из вывода скрипта: под ним видны все экраны, включая загрузку данных и настройки. Пароль показа можно сменить ссылкой «Забыли пароль?» (раздел 7). Чтобы проверить загрузку файлов, удобно взять шаблоны из каталога </w:t>
      </w:r>
      <w:r>
        <w:rPr>
          <w:rFonts w:ascii="Courier New" w:hAnsi="Courier New"/>
          <w:b w:val="0"/>
          <w:sz w:val="21"/>
        </w:rPr>
        <w:t>docs/templates/</w:t>
      </w:r>
      <w:r>
        <w:rPr>
          <w:b w:val="0"/>
        </w:rPr>
        <w:t xml:space="preserve"> архива: справочник товаров, продажи, остатки.</w:t>
      </w:r>
    </w:p>
    <w:p>
      <w:pPr>
        <w:jc w:val="both"/>
      </w:pPr>
      <w:r>
        <w:rPr>
          <w:b w:val="0"/>
        </w:rPr>
        <w:t>Дальше работа идёт в интерфейсе: сотрудников приглашает администратор организации, данные загружаются выгрузками из учётной системы. Порядок работы описан в руководстве пользователя (</w:t>
      </w:r>
      <w:r>
        <w:rPr>
          <w:rFonts w:ascii="Courier New" w:hAnsi="Courier New"/>
          <w:b w:val="0"/>
          <w:sz w:val="21"/>
        </w:rPr>
        <w:t>docs/UserGuide.md</w:t>
      </w:r>
      <w:r>
        <w:rPr>
          <w:b w:val="0"/>
        </w:rPr>
        <w:t>).</w:t>
      </w:r>
    </w:p>
    <w:p>
      <w:pPr>
        <w:pStyle w:val="Heading2"/>
      </w:pPr>
      <w:r>
        <w:rPr>
          <w:b w:val="0"/>
        </w:rPr>
        <w:t>6. Настройки</w:t>
      </w:r>
    </w:p>
    <w:p>
      <w:pPr>
        <w:jc w:val="both"/>
      </w:pPr>
      <w:r>
        <w:rPr>
          <w:b w:val="0"/>
        </w:rPr>
        <w:t xml:space="preserve">Все настройки — в файле </w:t>
      </w:r>
      <w:r>
        <w:rPr>
          <w:rFonts w:ascii="Courier New" w:hAnsi="Courier New"/>
          <w:b w:val="0"/>
          <w:sz w:val="21"/>
        </w:rPr>
        <w:t>/etc/oborot/oborot.env</w:t>
      </w:r>
      <w:r>
        <w:rPr>
          <w:b w:val="0"/>
        </w:rPr>
        <w:t xml:space="preserve"> (права 600, владелец root). После правки перезапустите сервисы:</w:t>
      </w:r>
    </w:p>
    <w:p>
      <w:pPr>
        <w:spacing w:after="12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sudo systemctl restart oborot-backend oborot-worker</w:t>
      </w:r>
    </w:p>
    <w:p>
      <w:pPr>
        <w:jc w:val="both"/>
      </w:pPr>
      <w:r>
        <w:rPr>
          <w:b w:val="0"/>
        </w:rPr>
        <w:t>Значения с пробелами и спецсимволами записываются в одинарных кавычках.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4160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Ключ</w:t>
            </w:r>
          </w:p>
        </w:tc>
        <w:tc>
          <w:tcPr>
            <w:tcW w:type="dxa" w:w="1317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По умолчанию</w:t>
            </w:r>
          </w:p>
        </w:tc>
        <w:tc>
          <w:tcPr>
            <w:tcW w:type="dxa" w:w="4160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Что задаёт</w:t>
            </w:r>
          </w:p>
        </w:tc>
      </w:tr>
      <w:tr>
        <w:tc>
          <w:tcPr>
            <w:tcW w:type="dxa" w:w="4160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SMTP_HOST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rFonts w:ascii="Courier New" w:hAnsi="Courier New"/>
                <w:b w:val="0"/>
                <w:sz w:val="17"/>
              </w:rPr>
              <w:t>SMTP_PORT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rFonts w:ascii="Courier New" w:hAnsi="Courier New"/>
                <w:b w:val="0"/>
                <w:sz w:val="17"/>
              </w:rPr>
              <w:t>SMTP_USER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rFonts w:ascii="Courier New" w:hAnsi="Courier New"/>
                <w:b w:val="0"/>
                <w:sz w:val="17"/>
              </w:rPr>
              <w:t>SMTP_PASSWORD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rFonts w:ascii="Courier New" w:hAnsi="Courier New"/>
                <w:b w:val="0"/>
                <w:sz w:val="17"/>
              </w:rPr>
              <w:t>SMTP_FROM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rFonts w:ascii="Courier New" w:hAnsi="Courier New"/>
                <w:b w:val="0"/>
                <w:sz w:val="17"/>
              </w:rPr>
              <w:t>SMTP_FROM_NAME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rFonts w:ascii="Courier New" w:hAnsi="Courier New"/>
                <w:b w:val="0"/>
                <w:sz w:val="17"/>
              </w:rPr>
              <w:t>SMTP_STARTTLS</w:t>
            </w:r>
          </w:p>
        </w:tc>
        <w:tc>
          <w:tcPr>
            <w:tcW w:type="dxa" w:w="131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пусто, 587</w:t>
            </w:r>
          </w:p>
        </w:tc>
        <w:tc>
          <w:tcPr>
            <w:tcW w:type="dxa" w:w="41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почта, раздел 7</w:t>
            </w:r>
          </w:p>
        </w:tc>
      </w:tr>
      <w:tr>
        <w:tc>
          <w:tcPr>
            <w:tcW w:type="dxa" w:w="4160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MAX_UPLOAD_MB</w:t>
            </w:r>
          </w:p>
        </w:tc>
        <w:tc>
          <w:tcPr>
            <w:tcW w:type="dxa" w:w="131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32</w:t>
            </w:r>
          </w:p>
        </w:tc>
        <w:tc>
          <w:tcPr>
            <w:tcW w:type="dxa" w:w="41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наибольший размер загружаемого файла, МБ</w:t>
            </w:r>
          </w:p>
        </w:tc>
      </w:tr>
      <w:tr>
        <w:tc>
          <w:tcPr>
            <w:tcW w:type="dxa" w:w="4160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BACKEND_WORKERS</w:t>
            </w:r>
          </w:p>
        </w:tc>
        <w:tc>
          <w:tcPr>
            <w:tcW w:type="dxa" w:w="131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41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число процессов бэкенда</w:t>
            </w:r>
          </w:p>
        </w:tc>
      </w:tr>
      <w:tr>
        <w:tc>
          <w:tcPr>
            <w:tcW w:type="dxa" w:w="4160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WORKER_CONCURRENCY</w:t>
            </w:r>
          </w:p>
        </w:tc>
        <w:tc>
          <w:tcPr>
            <w:tcW w:type="dxa" w:w="131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41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сколько файлов импорта обрабатывается одновременно</w:t>
            </w:r>
          </w:p>
        </w:tc>
      </w:tr>
      <w:tr>
        <w:tc>
          <w:tcPr>
            <w:tcW w:type="dxa" w:w="4160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JWT_EXPIRES_SECONDS</w:t>
            </w:r>
          </w:p>
        </w:tc>
        <w:tc>
          <w:tcPr>
            <w:tcW w:type="dxa" w:w="131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3600</w:t>
            </w:r>
          </w:p>
        </w:tc>
        <w:tc>
          <w:tcPr>
            <w:tcW w:type="dxa" w:w="41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время жизни сеанса, секунды</w:t>
            </w:r>
          </w:p>
        </w:tc>
      </w:tr>
      <w:tr>
        <w:tc>
          <w:tcPr>
            <w:tcW w:type="dxa" w:w="4160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TRIAL_DAYS</w:t>
            </w:r>
          </w:p>
        </w:tc>
        <w:tc>
          <w:tcPr>
            <w:tcW w:type="dxa" w:w="131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41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срок пробного периода организации, зарегистрированной через форму, дни; 0 — без срока</w:t>
            </w:r>
          </w:p>
        </w:tc>
      </w:tr>
      <w:tr>
        <w:tc>
          <w:tcPr>
            <w:tcW w:type="dxa" w:w="4160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TRIAL_MAX_PRODUCTS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rFonts w:ascii="Courier New" w:hAnsi="Courier New"/>
                <w:b w:val="0"/>
                <w:sz w:val="17"/>
              </w:rPr>
              <w:t>TRIAL_MAX_WAREHOUSES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rFonts w:ascii="Courier New" w:hAnsi="Courier New"/>
                <w:b w:val="0"/>
                <w:sz w:val="17"/>
              </w:rPr>
              <w:t>TRIAL_MAX_USERS</w:t>
            </w:r>
          </w:p>
        </w:tc>
        <w:tc>
          <w:tcPr>
            <w:tcW w:type="dxa" w:w="131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10000, 1, 2</w:t>
            </w:r>
          </w:p>
        </w:tc>
        <w:tc>
          <w:tcPr>
            <w:tcW w:type="dxa" w:w="41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лимиты на пробный период (как у тарифа «Старт»); 0 — без ограничения</w:t>
            </w:r>
          </w:p>
        </w:tc>
      </w:tr>
      <w:tr>
        <w:tc>
          <w:tcPr>
            <w:tcW w:type="dxa" w:w="4160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BACKUP_KEEP_DAILY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rFonts w:ascii="Courier New" w:hAnsi="Courier New"/>
                <w:b w:val="0"/>
                <w:sz w:val="17"/>
              </w:rPr>
              <w:t>BACKUP_KEEP_WEEKLY</w:t>
            </w:r>
          </w:p>
        </w:tc>
        <w:tc>
          <w:tcPr>
            <w:tcW w:type="dxa" w:w="131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14, 8</w:t>
            </w:r>
          </w:p>
        </w:tc>
        <w:tc>
          <w:tcPr>
            <w:tcW w:type="dxa" w:w="41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сколько хранить ежедневных и недельных копий</w:t>
            </w:r>
          </w:p>
        </w:tc>
      </w:tr>
      <w:tr>
        <w:tc>
          <w:tcPr>
            <w:tcW w:type="dxa" w:w="4160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BACKUP_MAX_AGE_HOURS</w:t>
            </w:r>
          </w:p>
        </w:tc>
        <w:tc>
          <w:tcPr>
            <w:tcW w:type="dxa" w:w="131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48</w:t>
            </w:r>
          </w:p>
        </w:tc>
        <w:tc>
          <w:tcPr>
            <w:tcW w:type="dxa" w:w="41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копия старше этого срока считается сбоем копирования</w:t>
            </w:r>
          </w:p>
        </w:tc>
      </w:tr>
      <w:tr>
        <w:tc>
          <w:tcPr>
            <w:tcW w:type="dxa" w:w="4160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BACKUP_REMOTE_TARGET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rFonts w:ascii="Courier New" w:hAnsi="Courier New"/>
                <w:b w:val="0"/>
                <w:sz w:val="17"/>
              </w:rPr>
              <w:t>BACKUP_REMOTE_SSH_KEY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rFonts w:ascii="Courier New" w:hAnsi="Courier New"/>
                <w:b w:val="0"/>
                <w:sz w:val="17"/>
              </w:rPr>
              <w:t>BACKUP_REMOTE_METHOD</w:t>
            </w:r>
          </w:p>
        </w:tc>
        <w:tc>
          <w:tcPr>
            <w:tcW w:type="dxa" w:w="131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пусто, пусто, rsync</w:t>
            </w:r>
          </w:p>
        </w:tc>
        <w:tc>
          <w:tcPr>
            <w:tcW w:type="dxa" w:w="41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копия на внешний хост, раздел 8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</w:rPr>
        <w:t>Ключи, которые задаёт сам скрипт установки, вручную не меняют: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rFonts w:ascii="Courier New" w:hAnsi="Courier New"/>
          <w:b w:val="0"/>
          <w:sz w:val="21"/>
        </w:rPr>
        <w:t>OBOROT_DOMAIN</w:t>
      </w:r>
      <w:r>
        <w:rPr>
          <w:b w:val="0"/>
        </w:rPr>
        <w:t xml:space="preserve">, </w:t>
      </w:r>
      <w:r>
        <w:rPr>
          <w:rFonts w:ascii="Courier New" w:hAnsi="Courier New"/>
          <w:b w:val="0"/>
          <w:sz w:val="21"/>
        </w:rPr>
        <w:t>PUBLIC_BASE_URL</w:t>
      </w:r>
      <w:r>
        <w:rPr>
          <w:b w:val="0"/>
        </w:rPr>
        <w:t xml:space="preserve">, </w:t>
      </w:r>
      <w:r>
        <w:rPr>
          <w:rFonts w:ascii="Courier New" w:hAnsi="Courier New"/>
          <w:b w:val="0"/>
          <w:sz w:val="21"/>
        </w:rPr>
        <w:t>CORS_ORIGINS</w:t>
      </w:r>
      <w:r>
        <w:rPr>
          <w:b w:val="0"/>
        </w:rPr>
        <w:t xml:space="preserve"> — производные от домена. Чтобы сменить домен, запустите </w:t>
      </w:r>
      <w:r>
        <w:rPr>
          <w:rFonts w:ascii="Courier New" w:hAnsi="Courier New"/>
          <w:b w:val="0"/>
          <w:sz w:val="21"/>
        </w:rPr>
        <w:t>install.sh</w:t>
      </w:r>
      <w:r>
        <w:rPr>
          <w:b w:val="0"/>
        </w:rPr>
        <w:t xml:space="preserve"> с новым </w:t>
      </w:r>
      <w:r>
        <w:rPr>
          <w:rFonts w:ascii="Courier New" w:hAnsi="Courier New"/>
          <w:b w:val="0"/>
          <w:sz w:val="21"/>
        </w:rPr>
        <w:t>--domain</w:t>
      </w:r>
      <w:r>
        <w:rPr>
          <w:b w:val="0"/>
        </w:rPr>
        <w:t>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rFonts w:ascii="Courier New" w:hAnsi="Courier New"/>
          <w:b w:val="0"/>
          <w:sz w:val="21"/>
        </w:rPr>
        <w:t>MAX_UPLOAD_MB</w:t>
      </w:r>
      <w:r>
        <w:rPr>
          <w:b w:val="0"/>
        </w:rPr>
        <w:t xml:space="preserve"> после правки требует ещё и перезапуска </w:t>
      </w:r>
      <w:r>
        <w:rPr>
          <w:rFonts w:ascii="Courier New" w:hAnsi="Courier New"/>
          <w:b w:val="0"/>
          <w:sz w:val="21"/>
        </w:rPr>
        <w:t>install.sh</w:t>
      </w:r>
      <w:r>
        <w:rPr>
          <w:b w:val="0"/>
        </w:rPr>
        <w:t>: он же задаёт предел размера запроса в nginx.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rFonts w:ascii="Courier New" w:hAnsi="Courier New"/>
          <w:b w:val="0"/>
          <w:sz w:val="21"/>
        </w:rPr>
        <w:t>DATABASE_URL</w:t>
      </w:r>
      <w:r>
        <w:rPr>
          <w:b w:val="0"/>
        </w:rPr>
        <w:t xml:space="preserve">, </w:t>
      </w:r>
      <w:r>
        <w:rPr>
          <w:rFonts w:ascii="Courier New" w:hAnsi="Courier New"/>
          <w:b w:val="0"/>
          <w:sz w:val="21"/>
        </w:rPr>
        <w:t>REDIS_PASSWORD</w:t>
      </w:r>
      <w:r>
        <w:rPr>
          <w:b w:val="0"/>
        </w:rPr>
        <w:t xml:space="preserve">, </w:t>
      </w:r>
      <w:r>
        <w:rPr>
          <w:rFonts w:ascii="Courier New" w:hAnsi="Courier New"/>
          <w:b w:val="0"/>
          <w:sz w:val="21"/>
        </w:rPr>
        <w:t>REDIS_URL</w:t>
      </w:r>
      <w:r>
        <w:rPr>
          <w:b w:val="0"/>
        </w:rPr>
        <w:t xml:space="preserve">, </w:t>
      </w:r>
      <w:r>
        <w:rPr>
          <w:rFonts w:ascii="Courier New" w:hAnsi="Courier New"/>
          <w:b w:val="0"/>
          <w:sz w:val="21"/>
        </w:rPr>
        <w:t>JWT_SECRET</w:t>
      </w:r>
      <w:r>
        <w:rPr>
          <w:b w:val="0"/>
        </w:rPr>
        <w:t xml:space="preserve"> — пароли и ключи. Как их сменить — раздел 12.</w:t>
      </w:r>
    </w:p>
    <w:p>
      <w:pPr>
        <w:pStyle w:val="Heading2"/>
      </w:pPr>
      <w:r>
        <w:rPr>
          <w:b w:val="0"/>
        </w:rPr>
        <w:t>7. Почта</w:t>
      </w:r>
    </w:p>
    <w:p>
      <w:pPr>
        <w:jc w:val="both"/>
      </w:pPr>
      <w:r>
        <w:rPr>
          <w:b w:val="0"/>
        </w:rPr>
        <w:t xml:space="preserve">Почта нужна для двух писем: восстановление пароля и приглашение сотрудника. Пока </w:t>
      </w:r>
      <w:r>
        <w:rPr>
          <w:rFonts w:ascii="Courier New" w:hAnsi="Courier New"/>
          <w:b w:val="0"/>
          <w:sz w:val="21"/>
        </w:rPr>
        <w:t>SMTP_HOST</w:t>
      </w:r>
      <w:r>
        <w:rPr>
          <w:b w:val="0"/>
        </w:rPr>
        <w:t xml:space="preserve"> и </w:t>
      </w:r>
      <w:r>
        <w:rPr>
          <w:rFonts w:ascii="Courier New" w:hAnsi="Courier New"/>
          <w:b w:val="0"/>
          <w:sz w:val="21"/>
        </w:rPr>
        <w:t>SMTP_FROM</w:t>
      </w:r>
      <w:r>
        <w:rPr>
          <w:b w:val="0"/>
        </w:rPr>
        <w:t xml:space="preserve"> пустые, письма не уходят, а их ссылки пишутся в журнал бэкенда. Взять ссылку из журнала:</w:t>
      </w:r>
    </w:p>
    <w:p>
      <w:pPr>
        <w:spacing w:after="12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sudo journalctl -u oborot-backend | grep -oE 'https?://[^ ]*(reset-password|accept-invite)[^ ]*' | tail -n 1</w:t>
      </w:r>
    </w:p>
    <w:p>
      <w:pPr>
        <w:jc w:val="both"/>
      </w:pPr>
      <w:r>
        <w:rPr>
          <w:b w:val="0"/>
        </w:rPr>
        <w:t xml:space="preserve">Чтобы письма уходили, впишите в </w:t>
      </w:r>
      <w:r>
        <w:rPr>
          <w:rFonts w:ascii="Courier New" w:hAnsi="Courier New"/>
          <w:b w:val="0"/>
          <w:sz w:val="21"/>
        </w:rPr>
        <w:t>/etc/oborot/oborot.env</w:t>
      </w:r>
      <w:r>
        <w:rPr>
          <w:b w:val="0"/>
        </w:rPr>
        <w:t xml:space="preserve"> параметры почтового ящика, с которого они будут отправляться, и перезапустите сервисы: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SMTP_HOST=smtp.example.ru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SMTP_PORT=587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SMTP_USER=oborot@example.ru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SMTP_PASSWORD='пароль ящика'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SMTP_FROM=oborot@example.ru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SMTP_FROM_NAME=Оборот</w:t>
      </w:r>
    </w:p>
    <w:p>
      <w:pPr>
        <w:spacing w:after="12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SMTP_STARTTLS=true</w:t>
      </w:r>
    </w:p>
    <w:p>
      <w:pPr>
        <w:jc w:val="both"/>
      </w:pPr>
      <w:r>
        <w:rPr>
          <w:b w:val="0"/>
        </w:rPr>
        <w:t>Исходящий порт 587 у хостинга должен быть открыт: некоторые провайдеры закрывают его по умолчанию.</w:t>
      </w:r>
    </w:p>
    <w:p>
      <w:pPr>
        <w:pStyle w:val="Heading2"/>
      </w:pPr>
      <w:r>
        <w:rPr>
          <w:b w:val="0"/>
        </w:rPr>
        <w:t>8. Резервные копии</w:t>
      </w:r>
    </w:p>
    <w:p>
      <w:pPr>
        <w:jc w:val="both"/>
      </w:pPr>
      <w:r>
        <w:rPr>
          <w:b/>
        </w:rPr>
        <w:t>Что делается само: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 xml:space="preserve">каждую ночь около 02:30 (время сервера) — копия базы </w:t>
      </w:r>
      <w:r>
        <w:rPr>
          <w:rFonts w:ascii="Courier New" w:hAnsi="Courier New"/>
          <w:b w:val="0"/>
          <w:sz w:val="21"/>
        </w:rPr>
        <w:t>pg_dump</w:t>
      </w:r>
      <w:r>
        <w:rPr>
          <w:b w:val="0"/>
        </w:rPr>
        <w:t xml:space="preserve"> в </w:t>
      </w:r>
      <w:r>
        <w:rPr>
          <w:rFonts w:ascii="Courier New" w:hAnsi="Courier New"/>
          <w:b w:val="0"/>
          <w:sz w:val="21"/>
        </w:rPr>
        <w:t>/var/backups/oborot/daily/</w:t>
      </w:r>
      <w:r>
        <w:rPr>
          <w:b w:val="0"/>
        </w:rPr>
        <w:t xml:space="preserve">, рядом — файл </w:t>
      </w:r>
      <w:r>
        <w:rPr>
          <w:rFonts w:ascii="Courier New" w:hAnsi="Courier New"/>
          <w:b w:val="0"/>
          <w:sz w:val="21"/>
        </w:rPr>
        <w:t>.counts</w:t>
      </w:r>
      <w:r>
        <w:rPr>
          <w:b w:val="0"/>
        </w:rPr>
        <w:t xml:space="preserve"> с числом строк каждой таблицы на момент копии;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 xml:space="preserve">раз в неделю одна из ночных копий сохраняется в </w:t>
      </w:r>
      <w:r>
        <w:rPr>
          <w:rFonts w:ascii="Courier New" w:hAnsi="Courier New"/>
          <w:b w:val="0"/>
          <w:sz w:val="21"/>
        </w:rPr>
        <w:t>/var/backups/oborot/weekly/</w:t>
      </w:r>
      <w:r>
        <w:rPr>
          <w:b w:val="0"/>
        </w:rPr>
        <w:t>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хранятся 14 ежедневных и 8 недельных копий, более старые удаляются;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по воскресеньям около 05:00 — проверка восстановления: свежая копия разворачивается во временную базу, числа строк сверяются с записанными при копировании, временная база удаляется. Проверка также считает сбоем копию старше 48 часов: значит, ночное копирование не работает;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 xml:space="preserve">перед каждым обновлением, меняющим схему базы, — копия с меткой </w:t>
      </w:r>
      <w:r>
        <w:rPr>
          <w:rFonts w:ascii="Courier New" w:hAnsi="Courier New"/>
          <w:b w:val="0"/>
          <w:sz w:val="21"/>
        </w:rPr>
        <w:t>pre-update</w:t>
      </w:r>
      <w:r>
        <w:rPr>
          <w:b w:val="0"/>
        </w:rPr>
        <w:t>.</w:t>
      </w:r>
    </w:p>
    <w:p>
      <w:pPr>
        <w:jc w:val="both"/>
      </w:pPr>
      <w:r>
        <w:rPr>
          <w:b w:val="0"/>
        </w:rPr>
        <w:t>Если сервер был выключен в момент копирования, копия делается сразу после включения.</w:t>
      </w:r>
    </w:p>
    <w:p>
      <w:pPr>
        <w:jc w:val="both"/>
      </w:pPr>
      <w:r>
        <w:rPr>
          <w:b w:val="0"/>
        </w:rPr>
        <w:t xml:space="preserve">Журнал копирования и проверок — </w:t>
      </w:r>
      <w:r>
        <w:rPr>
          <w:rFonts w:ascii="Courier New" w:hAnsi="Courier New"/>
          <w:b w:val="0"/>
          <w:sz w:val="21"/>
        </w:rPr>
        <w:t>/var/log/oborot/backup.log</w:t>
      </w:r>
      <w:r>
        <w:rPr>
          <w:b w:val="0"/>
        </w:rPr>
        <w:t xml:space="preserve">, а также </w:t>
      </w:r>
      <w:r>
        <w:rPr>
          <w:rFonts w:ascii="Courier New" w:hAnsi="Courier New"/>
          <w:b w:val="0"/>
          <w:sz w:val="21"/>
        </w:rPr>
        <w:t>journalctl -u oborot-backup -u oborot-restore-check</w:t>
      </w:r>
      <w:r>
        <w:rPr>
          <w:b w:val="0"/>
        </w:rPr>
        <w:t>. Когда были последние запуски и когда следующие:</w:t>
      </w:r>
    </w:p>
    <w:p>
      <w:pPr>
        <w:spacing w:after="12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systemctl list-timers 'oborot-*'</w:t>
      </w:r>
    </w:p>
    <w:p>
      <w:pPr>
        <w:jc w:val="both"/>
      </w:pPr>
      <w:r>
        <w:rPr>
          <w:b/>
        </w:rPr>
        <w:t>Вручную: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sudo /opt/oborot/app/deploy/backup.sh                 # копия сейчас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sudo /opt/oborot/app/deploy/restore_check.sh          # проверить свежую копию</w:t>
      </w:r>
    </w:p>
    <w:p>
      <w:pPr>
        <w:spacing w:after="12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sudo /opt/oborot/app/deploy/restore_check.sh /var/backups/oborot/daily/oborot_20261010_023000.dump</w:t>
      </w:r>
    </w:p>
    <w:p>
      <w:pPr>
        <w:jc w:val="both"/>
      </w:pPr>
      <w:r>
        <w:rPr>
          <w:b/>
        </w:rPr>
        <w:t>Восстановление</w:t>
      </w:r>
      <w:r>
        <w:rPr>
          <w:b w:val="0"/>
        </w:rPr>
        <w:t xml:space="preserve"> заменяет текущую базу содержимым копии. Перед заменой скрипт сам сохраняет текущую базу с меткой </w:t>
      </w:r>
      <w:r>
        <w:rPr>
          <w:rFonts w:ascii="Courier New" w:hAnsi="Courier New"/>
          <w:b w:val="0"/>
          <w:sz w:val="21"/>
        </w:rPr>
        <w:t>pre-restore</w:t>
      </w:r>
      <w:r>
        <w:rPr>
          <w:b w:val="0"/>
        </w:rPr>
        <w:t>, останавливает и затем запускает сервисы: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sudo /opt/oborot/app/deploy/restore.sh /var/backups/oborot/daily/oborot_20261010_023000.dump</w:t>
      </w:r>
    </w:p>
    <w:p>
      <w:pPr>
        <w:spacing w:after="12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# спросит имя базы для подтверждения: oborot</w:t>
      </w:r>
    </w:p>
    <w:p>
      <w:pPr>
        <w:jc w:val="both"/>
      </w:pPr>
      <w:r>
        <w:rPr>
          <w:b w:val="0"/>
        </w:rPr>
        <w:t xml:space="preserve">Копия, принесённая с другого сервера, должна лежать в </w:t>
      </w:r>
      <w:r>
        <w:rPr>
          <w:rFonts w:ascii="Courier New" w:hAnsi="Courier New"/>
          <w:b w:val="0"/>
          <w:sz w:val="21"/>
        </w:rPr>
        <w:t>/var/backups/oborot/</w:t>
      </w:r>
      <w:r>
        <w:rPr>
          <w:b w:val="0"/>
        </w:rPr>
        <w:t xml:space="preserve"> (её должен читать пользователь </w:t>
      </w:r>
      <w:r>
        <w:rPr>
          <w:rFonts w:ascii="Courier New" w:hAnsi="Courier New"/>
          <w:b w:val="0"/>
          <w:sz w:val="21"/>
        </w:rPr>
        <w:t>postgres</w:t>
      </w:r>
      <w:r>
        <w:rPr>
          <w:b w:val="0"/>
        </w:rPr>
        <w:t>).</w:t>
      </w:r>
    </w:p>
    <w:p>
      <w:pPr>
        <w:jc w:val="both"/>
      </w:pPr>
      <w:r>
        <w:rPr>
          <w:b/>
        </w:rPr>
        <w:t>Копия на внешний хост.</w:t>
      </w:r>
      <w:r>
        <w:rPr>
          <w:b w:val="0"/>
        </w:rPr>
        <w:t xml:space="preserve"> Копии, которые лежат только на этом же сервере, не спасут при его потере. Чтобы каждая ночная копия отправлялась на другой сервер по ssh:</w:t>
      </w:r>
    </w:p>
    <w:p>
      <w:pPr>
        <w:tabs>
          <w:tab w:pos="425" w:val="left"/>
        </w:tabs>
        <w:spacing w:after="40"/>
        <w:ind w:left="425" w:hanging="340"/>
      </w:pPr>
      <w:r>
        <w:t>1.</w:t>
        <w:tab/>
      </w:r>
      <w:r>
        <w:rPr>
          <w:b w:val="0"/>
        </w:rPr>
        <w:t>Создайте ключ без пароля и разрешите его на внешнем хосте:</w:t>
      </w:r>
    </w:p>
    <w:p>
      <w:pPr>
        <w:spacing w:after="0" w:line="240" w:lineRule="auto"/>
        <w:ind w:left="510"/>
        <w:shd w:val="clear" w:color="auto" w:fill="F4F4F4"/>
      </w:pPr>
      <w:r>
        <w:rPr>
          <w:rFonts w:ascii="Courier New" w:hAnsi="Courier New"/>
          <w:sz w:val="18"/>
        </w:rPr>
        <w:t>sudo ssh-keygen -t ed25519 -N '' -f /etc/oborot/backup_key</w:t>
      </w:r>
    </w:p>
    <w:p>
      <w:pPr>
        <w:spacing w:after="0" w:line="240" w:lineRule="auto"/>
        <w:ind w:left="510"/>
        <w:shd w:val="clear" w:color="auto" w:fill="F4F4F4"/>
      </w:pPr>
      <w:r>
        <w:rPr>
          <w:rFonts w:ascii="Courier New" w:hAnsi="Courier New"/>
          <w:sz w:val="18"/>
        </w:rPr>
        <w:t>sudo cat /etc/oborot/backup_key.pub</w:t>
      </w:r>
    </w:p>
    <w:p>
      <w:pPr>
        <w:spacing w:after="120" w:line="240" w:lineRule="auto"/>
        <w:ind w:left="510"/>
        <w:shd w:val="clear" w:color="auto" w:fill="F4F4F4"/>
      </w:pPr>
      <w:r>
        <w:rPr>
          <w:rFonts w:ascii="Courier New" w:hAnsi="Courier New"/>
          <w:sz w:val="18"/>
        </w:rPr>
        <w:t># строку — в ~/.ssh/authorized_keys пользователя на внешнем хосте</w:t>
      </w:r>
    </w:p>
    <w:p>
      <w:pPr>
        <w:tabs>
          <w:tab w:pos="425" w:val="left"/>
        </w:tabs>
        <w:spacing w:after="40"/>
        <w:ind w:left="425" w:hanging="340"/>
      </w:pPr>
      <w:r>
        <w:t>2.</w:t>
        <w:tab/>
      </w:r>
      <w:r>
        <w:rPr>
          <w:b w:val="0"/>
        </w:rPr>
        <w:t xml:space="preserve">Впишите в </w:t>
      </w:r>
      <w:r>
        <w:rPr>
          <w:rFonts w:ascii="Courier New" w:hAnsi="Courier New"/>
          <w:b w:val="0"/>
          <w:sz w:val="21"/>
        </w:rPr>
        <w:t>/etc/oborot/oborot.env</w:t>
      </w:r>
      <w:r>
        <w:rPr>
          <w:b w:val="0"/>
        </w:rPr>
        <w:t>:</w:t>
      </w:r>
    </w:p>
    <w:p>
      <w:pPr>
        <w:spacing w:after="0" w:line="240" w:lineRule="auto"/>
        <w:ind w:left="510"/>
        <w:shd w:val="clear" w:color="auto" w:fill="F4F4F4"/>
      </w:pPr>
      <w:r>
        <w:rPr>
          <w:rFonts w:ascii="Courier New" w:hAnsi="Courier New"/>
          <w:sz w:val="18"/>
        </w:rPr>
        <w:t>BACKUP_REMOTE_TARGET=backup@backup.example.ru:/srv/backups/oborot</w:t>
      </w:r>
    </w:p>
    <w:p>
      <w:pPr>
        <w:spacing w:after="0" w:line="240" w:lineRule="auto"/>
        <w:ind w:left="510"/>
        <w:shd w:val="clear" w:color="auto" w:fill="F4F4F4"/>
      </w:pPr>
      <w:r>
        <w:rPr>
          <w:rFonts w:ascii="Courier New" w:hAnsi="Courier New"/>
          <w:sz w:val="18"/>
        </w:rPr>
        <w:t>BACKUP_REMOTE_SSH_KEY=/etc/oborot/backup_key</w:t>
      </w:r>
    </w:p>
    <w:p>
      <w:pPr>
        <w:spacing w:after="120" w:line="240" w:lineRule="auto"/>
        <w:ind w:left="510"/>
        <w:shd w:val="clear" w:color="auto" w:fill="F4F4F4"/>
      </w:pPr>
      <w:r>
        <w:rPr>
          <w:rFonts w:ascii="Courier New" w:hAnsi="Courier New"/>
          <w:sz w:val="18"/>
        </w:rPr>
        <w:t>BACKUP_REMOTE_METHOD=rsync</w:t>
      </w:r>
    </w:p>
    <w:p>
      <w:pPr>
        <w:ind w:left="680"/>
        <w:jc w:val="both"/>
      </w:pPr>
      <w:r>
        <w:rPr>
          <w:rFonts w:ascii="Courier New" w:hAnsi="Courier New"/>
          <w:b w:val="0"/>
          <w:sz w:val="21"/>
        </w:rPr>
        <w:t>rsync</w:t>
      </w:r>
      <w:r>
        <w:rPr>
          <w:b w:val="0"/>
        </w:rPr>
        <w:t xml:space="preserve"> должен быть установлен и на внешнем хосте; если его там нет — </w:t>
      </w:r>
      <w:r>
        <w:rPr>
          <w:rFonts w:ascii="Courier New" w:hAnsi="Courier New"/>
          <w:b w:val="0"/>
          <w:sz w:val="21"/>
        </w:rPr>
        <w:t>BACKUP_REMOTE_METHOD=scp</w:t>
      </w:r>
      <w:r>
        <w:rPr>
          <w:b w:val="0"/>
        </w:rPr>
        <w:t>. Каталог на внешнем хосте создайте заранее.</w:t>
      </w:r>
    </w:p>
    <w:p>
      <w:pPr>
        <w:tabs>
          <w:tab w:pos="425" w:val="left"/>
        </w:tabs>
        <w:spacing w:after="40"/>
        <w:ind w:left="425" w:hanging="340"/>
      </w:pPr>
      <w:r>
        <w:t>3.</w:t>
        <w:tab/>
      </w:r>
      <w:r>
        <w:rPr>
          <w:b w:val="0"/>
        </w:rPr>
        <w:t xml:space="preserve">Проверьте: </w:t>
      </w:r>
      <w:r>
        <w:rPr>
          <w:rFonts w:ascii="Courier New" w:hAnsi="Courier New"/>
          <w:b w:val="0"/>
          <w:sz w:val="21"/>
        </w:rPr>
        <w:t>sudo /opt/oborot/app/deploy/backup.sh</w:t>
      </w:r>
      <w:r>
        <w:rPr>
          <w:b w:val="0"/>
        </w:rPr>
        <w:t xml:space="preserve"> должен закончиться строкой «отправлено на внешний хост». Отпечаток ключа внешнего хоста запоминается при первой отправке в </w:t>
      </w:r>
      <w:r>
        <w:rPr>
          <w:rFonts w:ascii="Courier New" w:hAnsi="Courier New"/>
          <w:b w:val="0"/>
          <w:sz w:val="21"/>
        </w:rPr>
        <w:t>/etc/oborot/backup_known_hosts</w:t>
      </w:r>
      <w:r>
        <w:rPr>
          <w:b w:val="0"/>
        </w:rPr>
        <w:t>.</w:t>
      </w:r>
    </w:p>
    <w:p>
      <w:pPr>
        <w:jc w:val="both"/>
      </w:pPr>
      <w:r>
        <w:rPr>
          <w:b w:val="0"/>
        </w:rPr>
        <w:t xml:space="preserve">Если отправка не удалась, локальная копия всё равно остаётся, а запуск </w:t>
      </w:r>
      <w:r>
        <w:rPr>
          <w:rFonts w:ascii="Courier New" w:hAnsi="Courier New"/>
          <w:b w:val="0"/>
          <w:sz w:val="21"/>
        </w:rPr>
        <w:t>oborot-backup</w:t>
      </w:r>
      <w:r>
        <w:rPr>
          <w:b w:val="0"/>
        </w:rPr>
        <w:t xml:space="preserve"> завершается с ошибкой — это видно в </w:t>
      </w:r>
      <w:r>
        <w:rPr>
          <w:rFonts w:ascii="Courier New" w:hAnsi="Courier New"/>
          <w:b w:val="0"/>
          <w:sz w:val="21"/>
        </w:rPr>
        <w:t>systemctl list-units --failed</w:t>
      </w:r>
      <w:r>
        <w:rPr>
          <w:b w:val="0"/>
        </w:rPr>
        <w:t>.</w:t>
      </w:r>
    </w:p>
    <w:p>
      <w:pPr>
        <w:pStyle w:val="Heading2"/>
      </w:pPr>
      <w:r>
        <w:rPr>
          <w:b w:val="0"/>
        </w:rPr>
        <w:t>9. Обновление</w:t>
      </w:r>
    </w:p>
    <w:p>
      <w:pPr>
        <w:jc w:val="both"/>
      </w:pPr>
      <w:r>
        <w:rPr>
          <w:b w:val="0"/>
        </w:rPr>
        <w:t xml:space="preserve">Новая версия ставится так же, как первая: распакуйте её архив и запустите </w:t>
      </w:r>
      <w:r>
        <w:rPr>
          <w:rFonts w:ascii="Courier New" w:hAnsi="Courier New"/>
          <w:b w:val="0"/>
          <w:sz w:val="21"/>
        </w:rPr>
        <w:t>install.sh</w:t>
      </w:r>
      <w:r>
        <w:rPr>
          <w:b w:val="0"/>
        </w:rPr>
        <w:t xml:space="preserve"> из него.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sha256sum -c oborot-0.13.0.tar.gz.sha256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tar -xzf oborot-0.13.0.tar.gz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cd oborot-0.13.0</w:t>
      </w:r>
    </w:p>
    <w:p>
      <w:pPr>
        <w:spacing w:after="12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sudo ./deploy/install.sh</w:t>
      </w:r>
    </w:p>
    <w:p>
      <w:pPr>
        <w:jc w:val="both"/>
      </w:pPr>
      <w:r>
        <w:rPr>
          <w:b w:val="0"/>
        </w:rPr>
        <w:t xml:space="preserve">Домен и остальные настройки берутся из </w:t>
      </w:r>
      <w:r>
        <w:rPr>
          <w:rFonts w:ascii="Courier New" w:hAnsi="Courier New"/>
          <w:b w:val="0"/>
          <w:sz w:val="21"/>
        </w:rPr>
        <w:t>/etc/oborot/oborot.env</w:t>
      </w:r>
      <w:r>
        <w:rPr>
          <w:b w:val="0"/>
        </w:rPr>
        <w:t xml:space="preserve">, параметры повторять не нужно. Если новая версия меняет схему базы, перед миграциями скрипт снимает копию с меткой </w:t>
      </w:r>
      <w:r>
        <w:rPr>
          <w:rFonts w:ascii="Courier New" w:hAnsi="Courier New"/>
          <w:b w:val="0"/>
          <w:sz w:val="21"/>
        </w:rPr>
        <w:t>pre-update</w:t>
      </w:r>
      <w:r>
        <w:rPr>
          <w:b w:val="0"/>
        </w:rPr>
        <w:t>. Сервисы перезапускаются в конце, перерыв — несколько секунд, но пока идёт обновление (около минуты), интерфейс и бэкенд меняются не одновременно. Обновляйте вне рабочего времени пользователей.</w:t>
      </w:r>
    </w:p>
    <w:p>
      <w:pPr>
        <w:jc w:val="both"/>
      </w:pPr>
      <w:r>
        <w:rPr>
          <w:b w:val="0"/>
        </w:rPr>
        <w:t xml:space="preserve">Если после обновления что-то пошло не так, верните прежнюю версию: запустите </w:t>
      </w:r>
      <w:r>
        <w:rPr>
          <w:rFonts w:ascii="Courier New" w:hAnsi="Courier New"/>
          <w:b w:val="0"/>
          <w:sz w:val="21"/>
        </w:rPr>
        <w:t>install.sh</w:t>
      </w:r>
      <w:r>
        <w:rPr>
          <w:b w:val="0"/>
        </w:rPr>
        <w:t xml:space="preserve"> из архива прежней версии и, если схема базы менялась, восстановите копию </w:t>
      </w:r>
      <w:r>
        <w:rPr>
          <w:rFonts w:ascii="Courier New" w:hAnsi="Courier New"/>
          <w:b w:val="0"/>
          <w:sz w:val="21"/>
        </w:rPr>
        <w:t>pre-update</w:t>
      </w:r>
      <w:r>
        <w:rPr>
          <w:b w:val="0"/>
        </w:rPr>
        <w:t xml:space="preserve"> (раздел 8).</w:t>
      </w:r>
    </w:p>
    <w:p>
      <w:pPr>
        <w:pStyle w:val="Heading2"/>
      </w:pPr>
      <w:r>
        <w:rPr>
          <w:b w:val="0"/>
        </w:rPr>
        <w:t>10. Повседневное управление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systemctl status oborot-backend oborot-worker        # состояние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sudo systemctl restart oborot-backend oborot-worker  # перезапуск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journalctl -u oborot-backend -u oborot-worker -f     # журналы в реальном времени</w:t>
      </w:r>
    </w:p>
    <w:p>
      <w:pPr>
        <w:spacing w:after="12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curl -s http://127.0.0.1:8000/health                 # бэкенд отвечает: {"status":"ok"}</w:t>
      </w:r>
    </w:p>
    <w:p>
      <w:pPr>
        <w:jc w:val="both"/>
      </w:pPr>
      <w:r>
        <w:rPr>
          <w:b w:val="0"/>
        </w:rPr>
        <w:t xml:space="preserve">Команды бэкенда выполняются через </w:t>
      </w:r>
      <w:r>
        <w:rPr>
          <w:rFonts w:ascii="Courier New" w:hAnsi="Courier New"/>
          <w:b w:val="0"/>
          <w:sz w:val="21"/>
        </w:rPr>
        <w:t>oborot-manage</w:t>
      </w:r>
      <w:r>
        <w:rPr>
          <w:b w:val="0"/>
        </w:rPr>
        <w:t xml:space="preserve"> — от имени пользователя сервиса и с настройками из </w:t>
      </w:r>
      <w:r>
        <w:rPr>
          <w:rFonts w:ascii="Courier New" w:hAnsi="Courier New"/>
          <w:b w:val="0"/>
          <w:sz w:val="21"/>
        </w:rPr>
        <w:t>/etc/oborot/oborot.env</w:t>
      </w:r>
      <w:r>
        <w:rPr>
          <w:b w:val="0"/>
        </w:rPr>
        <w:t>: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sudo oborot-manage alembic current                   # ревизия схемы базы</w:t>
      </w:r>
    </w:p>
    <w:p>
      <w:pPr>
        <w:spacing w:after="12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sudo oborot-manage python scripts/create_admin.py --email ... --organization "..."</w:t>
      </w:r>
    </w:p>
    <w:p>
      <w:pPr>
        <w:jc w:val="both"/>
      </w:pPr>
      <w:r>
        <w:rPr>
          <w:b w:val="0"/>
        </w:rPr>
        <w:t>Сервисы запускаются сами при включении сервера и перезапускаются при сбое.</w:t>
      </w:r>
    </w:p>
    <w:p>
      <w:pPr>
        <w:pStyle w:val="Heading2"/>
      </w:pPr>
      <w:r>
        <w:rPr>
          <w:b w:val="0"/>
        </w:rPr>
        <w:t>11. Где что лежит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Путь</w:t>
            </w:r>
          </w:p>
        </w:tc>
        <w:tc>
          <w:tcPr>
            <w:tcW w:type="dxa" w:w="4819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Что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/opt/oborot/app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код продукта (только чтение для сервиса)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/opt/oborot/venv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библиотеки бэкенда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/opt/oborot/node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Node.js для сборки интерфейса (если скачивался)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/etc/oborot/oborot.env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настройки и пароли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/var/lib/oborot/uploads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загруженные файлы импорта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/var/www/oborot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собранный интерфейс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/var/backups/oborot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резервные копии базы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/var/log/oborot/backup.log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журнал копирования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/etc/nginx/sites-available/oborot.conf</w:t>
            </w:r>
            <w:r>
              <w:rPr>
                <w:b w:val="0"/>
                <w:sz w:val="20"/>
              </w:rPr>
              <w:t xml:space="preserve"> (или </w:t>
            </w:r>
            <w:r>
              <w:rPr>
                <w:rFonts w:ascii="Courier New" w:hAnsi="Courier New"/>
                <w:b w:val="0"/>
                <w:sz w:val="17"/>
              </w:rPr>
              <w:t>/etc/nginx/conf.d/oborot.conf</w:t>
            </w:r>
            <w:r>
              <w:rPr>
                <w:b w:val="0"/>
                <w:sz w:val="20"/>
              </w:rPr>
              <w:t>)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конфигурация nginx; перезаписывается при каждом запуске </w:t>
            </w:r>
            <w:r>
              <w:rPr>
                <w:rFonts w:ascii="Courier New" w:hAnsi="Courier New"/>
                <w:b w:val="0"/>
                <w:sz w:val="17"/>
              </w:rPr>
              <w:t>install.sh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/etc/systemd/system/oborot-*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сервисы и таймеры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/usr/local/sbin/oborot-manage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команда управления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</w:rPr>
        <w:t>12. Безопасность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 xml:space="preserve">Пароли базы и Redis и ключ подписи сеансов генерируются при установке и хранятся только в </w:t>
      </w:r>
      <w:r>
        <w:rPr>
          <w:rFonts w:ascii="Courier New" w:hAnsi="Courier New"/>
          <w:b w:val="0"/>
          <w:sz w:val="21"/>
        </w:rPr>
        <w:t>/etc/oborot/oborot.env</w:t>
      </w:r>
      <w:r>
        <w:rPr>
          <w:b w:val="0"/>
        </w:rPr>
        <w:t xml:space="preserve"> с правами 600.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 xml:space="preserve">Бэкенд и обработчик задач работают от пользователя </w:t>
      </w:r>
      <w:r>
        <w:rPr>
          <w:rFonts w:ascii="Courier New" w:hAnsi="Courier New"/>
          <w:b w:val="0"/>
          <w:sz w:val="21"/>
        </w:rPr>
        <w:t>oborot</w:t>
      </w:r>
      <w:r>
        <w:rPr>
          <w:b w:val="0"/>
        </w:rPr>
        <w:t xml:space="preserve"> без права входа в систему, с ограничениями systemd: код и системные каталоги для них только для чтения, писать можно лишь в </w:t>
      </w:r>
      <w:r>
        <w:rPr>
          <w:rFonts w:ascii="Courier New" w:hAnsi="Courier New"/>
          <w:b w:val="0"/>
          <w:sz w:val="21"/>
        </w:rPr>
        <w:t>/var/lib/oborot</w:t>
      </w:r>
      <w:r>
        <w:rPr>
          <w:b w:val="0"/>
        </w:rPr>
        <w:t xml:space="preserve">, без повышения привилегий. Оценка </w:t>
      </w:r>
      <w:r>
        <w:rPr>
          <w:rFonts w:ascii="Courier New" w:hAnsi="Courier New"/>
          <w:b w:val="0"/>
          <w:sz w:val="21"/>
        </w:rPr>
        <w:t>systemd-analyze security</w:t>
      </w:r>
      <w:r>
        <w:rPr>
          <w:b w:val="0"/>
        </w:rPr>
        <w:t xml:space="preserve"> для обоих сервисов — 2.9 по шкале от 0 до 10 (меньше — лучше), уровень «OK».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PostgreSQL и Redis слушают только 127.0.0.1, у Redis пароль.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В базе хранятся хеши паролей пользователей и хеши одноразовых ссылок из писем, а не сами пароли и ссылки.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Вход ограничен по числу неудачных попыток с одного адреса: после пяти неудачных попыток за 5 минут вход с этого адреса закрывается на 10 минут. Регистрация новых организаций — не больше трёх в час с одного адреса.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 xml:space="preserve">Резервные копии доступны только пользователям root и </w:t>
      </w:r>
      <w:r>
        <w:rPr>
          <w:rFonts w:ascii="Courier New" w:hAnsi="Courier New"/>
          <w:b w:val="0"/>
          <w:sz w:val="21"/>
        </w:rPr>
        <w:t>postgres</w:t>
      </w:r>
      <w:r>
        <w:rPr>
          <w:b w:val="0"/>
        </w:rPr>
        <w:t>.</w:t>
      </w:r>
    </w:p>
    <w:p>
      <w:pPr>
        <w:jc w:val="both"/>
      </w:pPr>
      <w:r>
        <w:rPr>
          <w:b/>
        </w:rPr>
        <w:t>Смена паролей и ключей.</w:t>
      </w:r>
      <w:r>
        <w:rPr>
          <w:b w:val="0"/>
        </w:rPr>
        <w:t xml:space="preserve"> Ключ подписи сеансов: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sudo sed -i "s/^JWT_SECRET=.*/JWT_SECRET=$(openssl rand -hex 32)/" /etc/oborot/oborot.env</w:t>
      </w:r>
    </w:p>
    <w:p>
      <w:pPr>
        <w:spacing w:after="12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sudo systemctl restart oborot-backend oborot-worker   # все пользователи войдут заново</w:t>
      </w:r>
    </w:p>
    <w:p>
      <w:pPr>
        <w:jc w:val="both"/>
      </w:pPr>
      <w:r>
        <w:rPr>
          <w:b w:val="0"/>
        </w:rPr>
        <w:t xml:space="preserve">Пароли базы и Redis: впишите новые значения (только латинские буквы и цифры) в </w:t>
      </w:r>
      <w:r>
        <w:rPr>
          <w:rFonts w:ascii="Courier New" w:hAnsi="Courier New"/>
          <w:b w:val="0"/>
          <w:sz w:val="21"/>
        </w:rPr>
        <w:t>DATABASE_URL</w:t>
      </w:r>
      <w:r>
        <w:rPr>
          <w:b w:val="0"/>
        </w:rPr>
        <w:t xml:space="preserve"> и </w:t>
      </w:r>
      <w:r>
        <w:rPr>
          <w:rFonts w:ascii="Courier New" w:hAnsi="Courier New"/>
          <w:b w:val="0"/>
          <w:sz w:val="21"/>
        </w:rPr>
        <w:t>REDIS_PASSWORD</w:t>
      </w:r>
      <w:r>
        <w:rPr>
          <w:b w:val="0"/>
        </w:rPr>
        <w:t xml:space="preserve"> и запустите </w:t>
      </w:r>
      <w:r>
        <w:rPr>
          <w:rFonts w:ascii="Courier New" w:hAnsi="Courier New"/>
          <w:b w:val="0"/>
          <w:sz w:val="21"/>
        </w:rPr>
        <w:t>install.sh</w:t>
      </w:r>
      <w:r>
        <w:rPr>
          <w:b w:val="0"/>
        </w:rPr>
        <w:t xml:space="preserve"> повторно — он приведёт роль базы, </w:t>
      </w:r>
      <w:r>
        <w:rPr>
          <w:rFonts w:ascii="Courier New" w:hAnsi="Courier New"/>
          <w:b w:val="0"/>
          <w:sz w:val="21"/>
        </w:rPr>
        <w:t>redis.conf</w:t>
      </w:r>
      <w:r>
        <w:rPr>
          <w:b w:val="0"/>
        </w:rPr>
        <w:t xml:space="preserve"> и </w:t>
      </w:r>
      <w:r>
        <w:rPr>
          <w:rFonts w:ascii="Courier New" w:hAnsi="Courier New"/>
          <w:b w:val="0"/>
          <w:sz w:val="21"/>
        </w:rPr>
        <w:t>REDIS_URL</w:t>
      </w:r>
      <w:r>
        <w:rPr>
          <w:b w:val="0"/>
        </w:rPr>
        <w:t xml:space="preserve"> в соответствие с файлом настроек и перезапустит сервисы.</w:t>
      </w:r>
    </w:p>
    <w:p>
      <w:pPr>
        <w:pStyle w:val="Heading2"/>
      </w:pPr>
      <w:r>
        <w:rPr>
          <w:b w:val="0"/>
        </w:rPr>
        <w:t>13. Неполадки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Признак</w:t>
            </w:r>
          </w:p>
        </w:tc>
        <w:tc>
          <w:tcPr>
            <w:tcW w:type="dxa" w:w="4819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Что делать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«адрес ... не подходит для входа»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для </w:t>
            </w:r>
            <w:r>
              <w:rPr>
                <w:rFonts w:ascii="Courier New" w:hAnsi="Courier New"/>
                <w:b w:val="0"/>
                <w:sz w:val="17"/>
              </w:rPr>
              <w:t>--admin-email</w:t>
            </w:r>
            <w:r>
              <w:rPr>
                <w:b w:val="0"/>
                <w:sz w:val="20"/>
              </w:rPr>
              <w:t xml:space="preserve"> нужен настоящий адрес: зарезервированные зоны (</w:t>
            </w:r>
            <w:r>
              <w:rPr>
                <w:rFonts w:ascii="Courier New" w:hAnsi="Courier New"/>
                <w:b w:val="0"/>
                <w:sz w:val="17"/>
              </w:rPr>
              <w:t>.test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rFonts w:ascii="Courier New" w:hAnsi="Courier New"/>
                <w:b w:val="0"/>
                <w:sz w:val="17"/>
              </w:rPr>
              <w:t>.local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rFonts w:ascii="Courier New" w:hAnsi="Courier New"/>
                <w:b w:val="0"/>
                <w:sz w:val="17"/>
              </w:rPr>
              <w:t>.invalid</w:t>
            </w:r>
            <w:r>
              <w:rPr>
                <w:b w:val="0"/>
                <w:sz w:val="20"/>
              </w:rPr>
              <w:t>) не принимаются. Запустите установку снова с другим адресом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«сертификат не получен»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A-запись домена не указывает на сервер или порт 80 закрыт. Проверьте </w:t>
            </w:r>
            <w:r>
              <w:rPr>
                <w:rFonts w:ascii="Courier New" w:hAnsi="Courier New"/>
                <w:b w:val="0"/>
                <w:sz w:val="17"/>
              </w:rPr>
              <w:t>getent hosts &lt;домен&gt;</w:t>
            </w:r>
            <w:r>
              <w:rPr>
                <w:b w:val="0"/>
                <w:sz w:val="20"/>
              </w:rPr>
              <w:t xml:space="preserve"> и межсетевой экран, затем запустите установку ещё раз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«установка уже идёт в другом процессе»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дождитесь окончания первой установки; если её нет — </w:t>
            </w:r>
            <w:r>
              <w:rPr>
                <w:rFonts w:ascii="Courier New" w:hAnsi="Courier New"/>
                <w:b w:val="0"/>
                <w:sz w:val="17"/>
              </w:rPr>
              <w:t>/run/oborot-install.lock</w:t>
            </w:r>
            <w:r>
              <w:rPr>
                <w:b w:val="0"/>
                <w:sz w:val="20"/>
              </w:rPr>
              <w:t xml:space="preserve"> освободится после перезагрузки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«бэкенд не ответил на /health»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journalctl -u oborot-backend -n 50</w:t>
            </w:r>
            <w:r>
              <w:rPr>
                <w:b w:val="0"/>
                <w:sz w:val="20"/>
              </w:rPr>
              <w:t xml:space="preserve"> — причина в последних строках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«в redis.conf уже задан requirepass не этой установкой»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Redis на сервере уже используется с паролем. Впишите этот пароль в </w:t>
            </w:r>
            <w:r>
              <w:rPr>
                <w:rFonts w:ascii="Courier New" w:hAnsi="Courier New"/>
                <w:b w:val="0"/>
                <w:sz w:val="17"/>
              </w:rPr>
              <w:t>REDIS_PASSWORD</w:t>
            </w:r>
            <w:r>
              <w:rPr>
                <w:b w:val="0"/>
                <w:sz w:val="20"/>
              </w:rPr>
              <w:t xml:space="preserve"> в </w:t>
            </w:r>
            <w:r>
              <w:rPr>
                <w:rFonts w:ascii="Courier New" w:hAnsi="Courier New"/>
                <w:b w:val="0"/>
                <w:sz w:val="17"/>
              </w:rPr>
              <w:t>/etc/oborot/oborot.env</w:t>
            </w:r>
            <w:r>
              <w:rPr>
                <w:b w:val="0"/>
                <w:sz w:val="20"/>
              </w:rPr>
              <w:t xml:space="preserve">, в </w:t>
            </w:r>
            <w:r>
              <w:rPr>
                <w:rFonts w:ascii="Courier New" w:hAnsi="Courier New"/>
                <w:b w:val="0"/>
                <w:sz w:val="17"/>
              </w:rPr>
              <w:t>redis.conf</w:t>
            </w:r>
            <w:r>
              <w:rPr>
                <w:b w:val="0"/>
                <w:sz w:val="20"/>
              </w:rPr>
              <w:t xml:space="preserve"> строкой выше </w:t>
            </w:r>
            <w:r>
              <w:rPr>
                <w:rFonts w:ascii="Courier New" w:hAnsi="Courier New"/>
                <w:b w:val="0"/>
                <w:sz w:val="17"/>
              </w:rPr>
              <w:t>requirepass</w:t>
            </w:r>
            <w:r>
              <w:rPr>
                <w:b w:val="0"/>
                <w:sz w:val="20"/>
              </w:rPr>
              <w:t xml:space="preserve"> добавьте комментарий из сообщения и запустите установку снова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страница не открывается, </w:t>
            </w:r>
            <w:r>
              <w:rPr>
                <w:rFonts w:ascii="Courier New" w:hAnsi="Courier New"/>
                <w:b w:val="0"/>
                <w:sz w:val="17"/>
              </w:rPr>
              <w:t>/health</w:t>
            </w:r>
            <w:r>
              <w:rPr>
                <w:b w:val="0"/>
                <w:sz w:val="20"/>
              </w:rPr>
              <w:t xml:space="preserve"> на 127.0.0.1:8000 отвечает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sudo nginx -t</w:t>
            </w:r>
            <w:r>
              <w:rPr>
                <w:b w:val="0"/>
                <w:sz w:val="20"/>
              </w:rPr>
              <w:t xml:space="preserve">, затем </w:t>
            </w:r>
            <w:r>
              <w:rPr>
                <w:rFonts w:ascii="Courier New" w:hAnsi="Courier New"/>
                <w:b w:val="0"/>
                <w:sz w:val="17"/>
              </w:rPr>
              <w:t>journalctl -u nginx</w:t>
            </w:r>
            <w:r>
              <w:rPr>
                <w:b w:val="0"/>
                <w:sz w:val="20"/>
              </w:rPr>
              <w:t>; проверьте порты 80/443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загрузка файла висит в статусе «в очереди»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не работает обработчик задач: </w:t>
            </w:r>
            <w:r>
              <w:rPr>
                <w:rFonts w:ascii="Courier New" w:hAnsi="Courier New"/>
                <w:b w:val="0"/>
                <w:sz w:val="17"/>
              </w:rPr>
              <w:t>systemctl status oborot-worker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в </w:t>
            </w:r>
            <w:r>
              <w:rPr>
                <w:rFonts w:ascii="Courier New" w:hAnsi="Courier New"/>
                <w:b w:val="0"/>
                <w:sz w:val="17"/>
              </w:rPr>
              <w:t>systemctl list-units --failed</w:t>
            </w:r>
            <w:r>
              <w:rPr>
                <w:b w:val="0"/>
                <w:sz w:val="20"/>
              </w:rPr>
              <w:t xml:space="preserve"> есть </w:t>
            </w:r>
            <w:r>
              <w:rPr>
                <w:rFonts w:ascii="Courier New" w:hAnsi="Courier New"/>
                <w:b w:val="0"/>
                <w:sz w:val="17"/>
              </w:rPr>
              <w:t>oborot-backup</w:t>
            </w:r>
            <w:r>
              <w:rPr>
                <w:b w:val="0"/>
                <w:sz w:val="20"/>
              </w:rPr>
              <w:t xml:space="preserve"> или </w:t>
            </w:r>
            <w:r>
              <w:rPr>
                <w:rFonts w:ascii="Courier New" w:hAnsi="Courier New"/>
                <w:b w:val="0"/>
                <w:sz w:val="17"/>
              </w:rPr>
              <w:t>oborot-restore-check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rFonts w:ascii="Courier New" w:hAnsi="Courier New"/>
                <w:b w:val="0"/>
                <w:sz w:val="17"/>
              </w:rPr>
              <w:t>tail -n 50 /var/log/oborot/backup.log</w:t>
            </w:r>
            <w:r>
              <w:rPr>
                <w:b w:val="0"/>
                <w:sz w:val="20"/>
              </w:rPr>
              <w:t xml:space="preserve"> — в последних строках причина</w:t>
            </w:r>
          </w:p>
        </w:tc>
      </w:tr>
      <w:t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письма не приходят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раздел 7; ошибка отправки видна в </w:t>
            </w:r>
            <w:r>
              <w:rPr>
                <w:rFonts w:ascii="Courier New" w:hAnsi="Courier New"/>
                <w:b w:val="0"/>
                <w:sz w:val="17"/>
              </w:rPr>
              <w:t>journalctl -u oborot-backend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</w:rPr>
        <w:t>14. Удаление</w:t>
      </w:r>
    </w:p>
    <w:p>
      <w:pPr>
        <w:jc w:val="both"/>
      </w:pPr>
      <w:r>
        <w:rPr>
          <w:b w:val="0"/>
        </w:rPr>
        <w:t>Удаление необратимо стирает базу. Сначала сохраните копию за пределы сервера.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sudo systemctl disable --now oborot-backend oborot-worker oborot-backup.timer oborot-restore-check.timer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sudo rm -f /etc/systemd/system/oborot-* /usr/local/sbin/oborot-manage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sudo systemctl daemon-reload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sudo rm -f /etc/nginx/sites-enabled/oborot.conf /etc/nginx/sites-available/oborot.conf /etc/nginx/conf.d/oborot.conf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sudo systemctl reload nginx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sudo -u postgres dropdb oborot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sudo -u postgres dropuser oborot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sudo rm -rf /opt/oborot /etc/oborot /var/lib/oborot /var/www/oborot /var/www/oborot-acme /var/log/oborot</w:t>
      </w:r>
    </w:p>
    <w:p>
      <w:pPr>
        <w:spacing w:after="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sudo userdel oborot</w:t>
      </w:r>
    </w:p>
    <w:p>
      <w:pPr>
        <w:spacing w:after="120" w:line="240" w:lineRule="auto"/>
        <w:ind w:left="170"/>
        <w:shd w:val="clear" w:color="auto" w:fill="F4F4F4"/>
      </w:pPr>
      <w:r>
        <w:rPr>
          <w:rFonts w:ascii="Courier New" w:hAnsi="Courier New"/>
          <w:sz w:val="18"/>
        </w:rPr>
        <w:t># по желанию: копии /var/backups/oborot и строки «Оборота» в /etc/redis/redis.conf</w:t>
      </w:r>
    </w:p>
    <w:p>
      <w:pPr>
        <w:jc w:val="both"/>
      </w:pPr>
      <w:r>
        <w:rPr>
          <w:b w:val="0"/>
        </w:rPr>
        <w:t>Пакеты PostgreSQL, Redis и nginx не удаляются: ими могут пользоваться другие программы на сервере.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1134" w:left="1417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20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06060"/>
        <w:sz w:val="18"/>
      </w:rPr>
      <w:t>«Оборот», версия 0.12.4. Инструкция по установке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2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для ЭВМ «Оборот», версия 0.12.4. Инструкция по установке</dc:title>
  <dc:subject/>
  <dc:creator>ООО «МИЛЭНД»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